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AD61E5" w:rsidRPr="007844EA" w14:paraId="1E424C09" w14:textId="77777777" w:rsidTr="009D2C1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436AD0" w14:textId="613D099B" w:rsidR="00AD61E5" w:rsidRPr="007844EA" w:rsidRDefault="004B37DE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DA66C07" wp14:editId="5044853E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191135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B6574E6" w14:textId="0A9D67BB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</w:t>
            </w:r>
            <w:r w:rsidR="00A575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ta</w:t>
            </w:r>
            <w:proofErr w:type="spellEnd"/>
          </w:p>
        </w:tc>
      </w:tr>
      <w:tr w:rsidR="00AD61E5" w:rsidRPr="007844EA" w14:paraId="3AE27EB9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06BBCC0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34F687" w14:textId="551A0EC8" w:rsidR="00AD61E5" w:rsidRPr="007844EA" w:rsidRDefault="00A5755A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AD61E5" w:rsidRPr="007844EA" w14:paraId="30FC0CE8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E24456B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87D4E9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5FFF3F2" w14:textId="2EDF8DB0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A575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F5062A8" w14:textId="77777777" w:rsidR="00A5755A" w:rsidRDefault="00AD61E5" w:rsidP="00A5755A">
            <w:pPr>
              <w:spacing w:after="20"/>
              <w:rPr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="00A5755A">
              <w:rPr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="00A5755A">
              <w:rPr>
                <w:b/>
                <w:color w:val="004682"/>
                <w:sz w:val="18"/>
                <w:szCs w:val="24"/>
              </w:rPr>
              <w:t xml:space="preserve"> Harghita, </w:t>
            </w:r>
            <w:proofErr w:type="spellStart"/>
            <w:r w:rsidR="00A5755A">
              <w:rPr>
                <w:b/>
                <w:color w:val="004682"/>
                <w:sz w:val="18"/>
                <w:szCs w:val="24"/>
              </w:rPr>
              <w:t>Comuna</w:t>
            </w:r>
            <w:proofErr w:type="spellEnd"/>
            <w:r w:rsidR="00A5755A">
              <w:rPr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A5755A">
              <w:rPr>
                <w:b/>
                <w:color w:val="004682"/>
                <w:sz w:val="18"/>
                <w:szCs w:val="24"/>
              </w:rPr>
              <w:t>Brădești</w:t>
            </w:r>
            <w:proofErr w:type="spellEnd"/>
            <w:r w:rsidR="00A5755A">
              <w:rPr>
                <w:b/>
                <w:color w:val="004682"/>
                <w:sz w:val="18"/>
                <w:szCs w:val="24"/>
              </w:rPr>
              <w:t>, 537025</w:t>
            </w:r>
          </w:p>
          <w:p w14:paraId="19E58CCB" w14:textId="77777777" w:rsidR="00A5755A" w:rsidRPr="007A05DB" w:rsidRDefault="00A5755A" w:rsidP="00A5755A">
            <w:pPr>
              <w:spacing w:after="20"/>
              <w:rPr>
                <w:b/>
                <w:color w:val="004682"/>
                <w:sz w:val="18"/>
                <w:szCs w:val="24"/>
                <w:lang w:val="hu-HU"/>
              </w:rPr>
            </w:pPr>
            <w:proofErr w:type="spellStart"/>
            <w:r>
              <w:rPr>
                <w:b/>
                <w:color w:val="004682"/>
                <w:sz w:val="18"/>
                <w:szCs w:val="24"/>
              </w:rPr>
              <w:t>Satul</w:t>
            </w:r>
            <w:proofErr w:type="spellEnd"/>
            <w:r>
              <w:rPr>
                <w:b/>
                <w:color w:val="004682"/>
                <w:sz w:val="18"/>
                <w:szCs w:val="24"/>
              </w:rPr>
              <w:t xml:space="preserve"> Brădești, </w:t>
            </w:r>
            <w:proofErr w:type="spellStart"/>
            <w:r>
              <w:rPr>
                <w:b/>
                <w:color w:val="004682"/>
                <w:sz w:val="18"/>
                <w:szCs w:val="24"/>
              </w:rPr>
              <w:t>strada</w:t>
            </w:r>
            <w:proofErr w:type="spellEnd"/>
            <w:r>
              <w:rPr>
                <w:b/>
                <w:color w:val="004682"/>
                <w:sz w:val="18"/>
                <w:szCs w:val="24"/>
              </w:rPr>
              <w:t xml:space="preserve"> Pet</w:t>
            </w:r>
            <w:proofErr w:type="spellStart"/>
            <w:r>
              <w:rPr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1656FF59" w14:textId="77777777" w:rsidR="00A5755A" w:rsidRPr="007844EA" w:rsidRDefault="00A5755A" w:rsidP="00A5755A">
            <w:pPr>
              <w:spacing w:after="20"/>
              <w:rPr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05052228" w14:textId="228EA445" w:rsidR="00AD61E5" w:rsidRPr="007844EA" w:rsidRDefault="00A5755A" w:rsidP="00A5755A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b/>
                <w:color w:val="004682"/>
                <w:sz w:val="18"/>
                <w:szCs w:val="24"/>
              </w:rPr>
              <w:t>bradesti@hr.e-adm.ro</w:t>
            </w:r>
          </w:p>
        </w:tc>
      </w:tr>
      <w:tr w:rsidR="00AD61E5" w:rsidRPr="007844EA" w14:paraId="07B902C3" w14:textId="77777777" w:rsidTr="009D2C13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087F8D9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626B23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9B4CA12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D61E5" w:rsidRPr="007844EA" w14:paraId="5834D64B" w14:textId="77777777" w:rsidTr="009D2C13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ABADBB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AF6568" w14:textId="77777777" w:rsidR="009D2C13" w:rsidRPr="009D2C13" w:rsidRDefault="009D2C13" w:rsidP="009D2C13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9D2C13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7E0DE2A5" w14:textId="73D22BB5" w:rsidR="00AD61E5" w:rsidRPr="007844EA" w:rsidRDefault="009D2C13" w:rsidP="009D2C13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9D2C13">
        <w:rPr>
          <w:rFonts w:ascii="Times New Roman" w:hAnsi="Times New Roman"/>
          <w:b/>
          <w:sz w:val="28"/>
          <w:szCs w:val="24"/>
        </w:rPr>
        <w:t>privind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încheierea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execuției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D61E5" w:rsidRPr="007844EA" w14:paraId="6634F76E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BCC741" w14:textId="77777777" w:rsidR="00AD61E5" w:rsidRPr="007844EA" w:rsidRDefault="00AD61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AD61E5" w:rsidRPr="007844EA" w14:paraId="457A6A88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90529AE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761CAF35" w14:textId="5EA011EF" w:rsidR="00AD61E5" w:rsidRPr="007844EA" w:rsidRDefault="00A5755A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AD61E5" w:rsidRPr="007844EA" w14:paraId="67F3AF7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55BB00" w14:textId="147C15A5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A5755A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A5755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A5755A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A5755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A5755A">
              <w:rPr>
                <w:rFonts w:ascii="Times New Roman" w:hAnsi="Times New Roman"/>
                <w:i/>
                <w:sz w:val="16"/>
                <w:szCs w:val="24"/>
              </w:rPr>
              <w:t>Brădești</w:t>
            </w:r>
            <w:proofErr w:type="spellEnd"/>
          </w:p>
        </w:tc>
      </w:tr>
    </w:tbl>
    <w:p w14:paraId="2DC0B1E9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24549" w:rsidRPr="00AD61E5" w14:paraId="500279C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4760DF6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24549" w:rsidRPr="00AD61E5" w14:paraId="6BB9EE96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07626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855B97E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24549" w:rsidRPr="00AD61E5" w14:paraId="262C362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02EC3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24549" w:rsidRPr="00AD61E5" w14:paraId="62B06357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927011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8609CC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6C441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7CAAC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24549" w:rsidRPr="00AD61E5" w14:paraId="616F6F2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3DFF2B9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24549" w:rsidRPr="00AD61E5" w14:paraId="04ED964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B093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CC11185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5CA17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24549" w:rsidRPr="00AD61E5" w14:paraId="05303800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9AC0F4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8D38BB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6A47CD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F554FBF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6E1029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12C46A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A9F1D3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24549" w:rsidRPr="00AD61E5" w14:paraId="439F2EB8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5E0FEE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24549" w:rsidRPr="00AD61E5" w14:paraId="5B5F6D4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0240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0322E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76F144AA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6CA7496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20E42D37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 / DESFIINȚARE</w:t>
            </w:r>
          </w:p>
        </w:tc>
      </w:tr>
      <w:tr w:rsidR="00F24549" w:rsidRPr="00AD61E5" w14:paraId="4831643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8B7FDF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7597994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53DFB50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24549" w:rsidRPr="00AD61E5" w14:paraId="40DBA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9DDE660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24549" w:rsidRPr="00AD61E5" w14:paraId="2FED6D9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6E08F7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24549" w:rsidRPr="00AD61E5" w14:paraId="62C0860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2917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24549" w:rsidRPr="00AD61E5" w14:paraId="4366CB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0EE35CAB" w14:textId="77777777" w:rsidR="00F24549" w:rsidRPr="00AD61E5" w:rsidRDefault="00501CDD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AD61E5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sz w:val="18"/>
                <w:szCs w:val="24"/>
              </w:rPr>
              <w:t>Că la data de _______________ ora ________ au fost finalizate lucrările de construcții autorizate</w:t>
            </w:r>
            <w:r w:rsidRPr="00AD61E5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599D0D8F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4549" w:rsidRPr="00AD61E5" w14:paraId="13ABA209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791E1F81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24549" w:rsidRPr="00AD61E5" w14:paraId="0B1782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3A73E4A6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24549" w:rsidRPr="00AD61E5" w14:paraId="01BF867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1FFD26E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DCA2FA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092FB4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24549" w:rsidRPr="00AD61E5" w14:paraId="596F7C70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B95BC9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70223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DDFF3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19482E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24549" w:rsidRPr="00AD61E5" w14:paraId="0477B8E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505B3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6BD3A7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7FFC2936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4549" w:rsidRPr="00AD61E5" w14:paraId="501C661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C5F388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5. CONVOCAREA COMISIEI DE RECEPȚIE</w:t>
            </w:r>
          </w:p>
        </w:tc>
      </w:tr>
      <w:tr w:rsidR="00F24549" w:rsidRPr="00AD61E5" w14:paraId="38F4CC7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6C84AD2F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Se convoacă comisia de recepție la terminarea lucrărilor, la data ____________________ ora ________</w:t>
            </w:r>
          </w:p>
        </w:tc>
      </w:tr>
    </w:tbl>
    <w:p w14:paraId="225432AB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154CF26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3288A43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F24549" w:rsidRPr="00AD61E5" w14:paraId="5894C2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3FC068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369329D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6B994F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E03764A" w14:textId="77777777" w:rsidR="00686D6D" w:rsidRPr="00AD61E5" w:rsidRDefault="00686D6D">
      <w:pPr>
        <w:rPr>
          <w:sz w:val="24"/>
          <w:szCs w:val="24"/>
        </w:rPr>
      </w:pPr>
    </w:p>
    <w:sectPr w:rsidR="00686D6D" w:rsidRPr="00AD61E5" w:rsidSect="005A3293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97EC" w14:textId="77777777" w:rsidR="00F00953" w:rsidRDefault="00F00953">
      <w:pPr>
        <w:spacing w:after="0" w:line="240" w:lineRule="auto"/>
      </w:pPr>
      <w:r>
        <w:separator/>
      </w:r>
    </w:p>
  </w:endnote>
  <w:endnote w:type="continuationSeparator" w:id="0">
    <w:p w14:paraId="1E804E45" w14:textId="77777777" w:rsidR="00F00953" w:rsidRDefault="00F0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6ACA" w14:textId="77777777" w:rsidR="00F24549" w:rsidRDefault="00501CDD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F_A_10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95C7" w14:textId="77777777" w:rsidR="00F00953" w:rsidRDefault="00F00953">
      <w:pPr>
        <w:spacing w:after="0" w:line="240" w:lineRule="auto"/>
      </w:pPr>
      <w:r>
        <w:separator/>
      </w:r>
    </w:p>
  </w:footnote>
  <w:footnote w:type="continuationSeparator" w:id="0">
    <w:p w14:paraId="39BA5F00" w14:textId="77777777" w:rsidR="00F00953" w:rsidRDefault="00F00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998215">
    <w:abstractNumId w:val="8"/>
  </w:num>
  <w:num w:numId="2" w16cid:durableId="1251163928">
    <w:abstractNumId w:val="6"/>
  </w:num>
  <w:num w:numId="3" w16cid:durableId="710806097">
    <w:abstractNumId w:val="5"/>
  </w:num>
  <w:num w:numId="4" w16cid:durableId="1485468355">
    <w:abstractNumId w:val="4"/>
  </w:num>
  <w:num w:numId="5" w16cid:durableId="1054426092">
    <w:abstractNumId w:val="7"/>
  </w:num>
  <w:num w:numId="6" w16cid:durableId="1973946956">
    <w:abstractNumId w:val="3"/>
  </w:num>
  <w:num w:numId="7" w16cid:durableId="46493603">
    <w:abstractNumId w:val="2"/>
  </w:num>
  <w:num w:numId="8" w16cid:durableId="1895003029">
    <w:abstractNumId w:val="1"/>
  </w:num>
  <w:num w:numId="9" w16cid:durableId="153187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639"/>
    <w:rsid w:val="0015074B"/>
    <w:rsid w:val="00200FFD"/>
    <w:rsid w:val="0029639D"/>
    <w:rsid w:val="00326F90"/>
    <w:rsid w:val="003C114E"/>
    <w:rsid w:val="004B37DE"/>
    <w:rsid w:val="00501CDD"/>
    <w:rsid w:val="005A3293"/>
    <w:rsid w:val="005F49F9"/>
    <w:rsid w:val="00686D6D"/>
    <w:rsid w:val="00827DB9"/>
    <w:rsid w:val="008C4840"/>
    <w:rsid w:val="009D2C13"/>
    <w:rsid w:val="00A5755A"/>
    <w:rsid w:val="00AA1D8D"/>
    <w:rsid w:val="00AD61E5"/>
    <w:rsid w:val="00B47730"/>
    <w:rsid w:val="00CB0664"/>
    <w:rsid w:val="00D63AAA"/>
    <w:rsid w:val="00F00953"/>
    <w:rsid w:val="00F24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040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cp:lastPrinted>2026-08-28T06:23:00Z</cp:lastPrinted>
  <dcterms:created xsi:type="dcterms:W3CDTF">2026-09-08T07:49:00Z</dcterms:created>
  <dcterms:modified xsi:type="dcterms:W3CDTF">2026-09-08T07:49:00Z</dcterms:modified>
  <cp:category/>
</cp:coreProperties>
</file>