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2A57DE" w:rsidRPr="007844EA" w14:paraId="670CEBBD" w14:textId="77777777" w:rsidTr="007E3051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25D5DB8" w14:textId="7AF3CA56" w:rsidR="002A57DE" w:rsidRPr="007844EA" w:rsidRDefault="002F3A54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5A63A34" wp14:editId="15215EFC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115570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2E1447B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2A57DE" w:rsidRPr="007844EA" w14:paraId="0662ACE0" w14:textId="77777777" w:rsidTr="007E305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75BC8F5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DD31893" w14:textId="21AAE301" w:rsidR="002A57DE" w:rsidRPr="007844EA" w:rsidRDefault="00E144F9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2A57DE" w:rsidRPr="007844EA" w14:paraId="5AFAA372" w14:textId="77777777" w:rsidTr="007E3051">
        <w:trPr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28ECF5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BB403E9" w14:textId="77777777" w:rsidR="002A57DE" w:rsidRPr="007844EA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1406BEF0" w14:textId="69501FB4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E144F9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F04B51C" w14:textId="77777777" w:rsidR="00E144F9" w:rsidRDefault="002A57DE" w:rsidP="00E144F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E144F9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E144F9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E144F9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22A4E870" w14:textId="77777777" w:rsidR="00E144F9" w:rsidRPr="007A05DB" w:rsidRDefault="00E144F9" w:rsidP="00E144F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2B75CE81" w14:textId="77777777" w:rsidR="00E144F9" w:rsidRPr="007844EA" w:rsidRDefault="00E144F9" w:rsidP="00E144F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2C5BDB59" w14:textId="617FFF15" w:rsidR="002A57DE" w:rsidRPr="007844EA" w:rsidRDefault="00E144F9" w:rsidP="00E144F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2A57DE" w:rsidRPr="007844EA" w14:paraId="50FDCF3E" w14:textId="77777777" w:rsidTr="007E3051">
        <w:trPr>
          <w:trHeight w:val="124"/>
          <w:jc w:val="center"/>
        </w:trPr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5C5D3C81" w14:textId="77777777" w:rsidR="002A57DE" w:rsidRPr="007844EA" w:rsidRDefault="002A57DE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FE716DF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F656C6F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2A57DE" w:rsidRPr="007844EA" w14:paraId="240E8E2D" w14:textId="77777777" w:rsidTr="007E3051">
        <w:trPr>
          <w:jc w:val="center"/>
        </w:trPr>
        <w:tc>
          <w:tcPr>
            <w:tcW w:w="1080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4044D19" w14:textId="77777777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44EB3D2" w14:textId="77777777"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5D7122DF" w14:textId="6A556018" w:rsidR="002A57DE" w:rsidRPr="007E3051" w:rsidRDefault="007E3051" w:rsidP="007E3051">
      <w:pPr>
        <w:spacing w:before="80" w:after="60" w:line="240" w:lineRule="auto"/>
        <w:jc w:val="center"/>
        <w:rPr>
          <w:bCs/>
          <w:sz w:val="20"/>
          <w:szCs w:val="20"/>
        </w:rPr>
      </w:pPr>
      <w:proofErr w:type="spellStart"/>
      <w:r w:rsidRPr="007E3051">
        <w:rPr>
          <w:rFonts w:ascii="Times New Roman" w:hAnsi="Times New Roman"/>
          <w:bCs/>
          <w:szCs w:val="20"/>
        </w:rPr>
        <w:t>privind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începerea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execuției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lucrărilor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7844EA" w14:paraId="1D12CB13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7844EA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2A57DE" w:rsidRPr="007844EA" w14:paraId="5D5D8091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0553EB" w14:textId="77777777" w:rsidR="002A57DE" w:rsidRPr="007844EA" w:rsidRDefault="002A57DE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</w:p>
          <w:p w14:paraId="68714B2A" w14:textId="0E805E91" w:rsidR="002A57DE" w:rsidRPr="007844EA" w:rsidRDefault="00E144F9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2A57DE" w:rsidRPr="007844EA" w14:paraId="733AC7F4" w14:textId="77777777" w:rsidTr="005A67B9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14C60153" w:rsidR="002A57DE" w:rsidRPr="007844EA" w:rsidRDefault="002A57DE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7844EA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E144F9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="00E144F9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E144F9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="00E144F9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="00E144F9">
              <w:rPr>
                <w:rFonts w:ascii="Times New Roman" w:hAnsi="Times New Roman"/>
                <w:i/>
                <w:sz w:val="16"/>
                <w:szCs w:val="24"/>
              </w:rPr>
              <w:t>Brădești</w:t>
            </w:r>
            <w:proofErr w:type="spellEnd"/>
          </w:p>
        </w:tc>
      </w:tr>
    </w:tbl>
    <w:p w14:paraId="10A2AD89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2A57DE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FD1AB0" w:rsidRPr="002A57DE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D1AB0" w:rsidRPr="002A57DE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D1AB0" w:rsidRPr="002A57DE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D1AB0" w:rsidRPr="002A57DE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D1AB0" w:rsidRPr="002A57DE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D1AB0" w:rsidRPr="002A57DE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FD1AB0" w:rsidRPr="002A57DE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D1AB0" w:rsidRPr="002A57DE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3. TITULAR AL AUTORIZAȚIEI DE CONSTRUIRE/DESFIINȚARE</w:t>
            </w:r>
          </w:p>
        </w:tc>
      </w:tr>
      <w:tr w:rsidR="00FD1AB0" w:rsidRPr="002A57DE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D1AB0" w:rsidRPr="002A57DE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6E1749E" w14:textId="77777777" w:rsidR="00FD1AB0" w:rsidRPr="002A57DE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2A57DE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Denumirea lucrării, capacitatea și categoria de lucrări din autorizație</w:t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D1AB0" w:rsidRPr="002A57DE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D1AB0" w:rsidRPr="002A57DE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77777777" w:rsidR="00FD1AB0" w:rsidRPr="002A57DE" w:rsidRDefault="00000000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sz w:val="18"/>
                <w:szCs w:val="24"/>
              </w:rPr>
              <w:t>Că la data de _______________ ora ________ vor începe lucrările de construcții autorizate</w:t>
            </w:r>
            <w:r w:rsidRPr="002A57DE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23C7DF4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D1AB0" w:rsidRPr="002A57DE" w14:paraId="22F9074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D1AB0" w:rsidRPr="002A57DE" w14:paraId="6665EA66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A57DE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FD1AB0" w:rsidRPr="002A57DE" w14:paraId="23F0D1E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FD1AB0" w:rsidRPr="002A57DE" w14:paraId="6F03A7A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46197A6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D1AB0" w:rsidRPr="002A57DE" w14:paraId="25E74F5B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A437E2B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4C22F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35DC0AC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77777777" w:rsidR="00FD1AB0" w:rsidRPr="002A57DE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FD1AB0" w:rsidRPr="002A57DE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AE8C6B9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63F9D63F" w14:textId="77777777" w:rsidR="00FD1AB0" w:rsidRPr="002A57DE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D78B856" w14:textId="77777777" w:rsidR="00FD1AB0" w:rsidRPr="002A57DE" w:rsidRDefault="00000000">
      <w:pPr>
        <w:spacing w:before="60" w:after="0" w:line="240" w:lineRule="auto"/>
        <w:rPr>
          <w:sz w:val="24"/>
          <w:szCs w:val="24"/>
        </w:rPr>
      </w:pPr>
      <w:r w:rsidRPr="002A57DE">
        <w:rPr>
          <w:rFonts w:ascii="Times New Roman" w:hAnsi="Times New Roman"/>
          <w:i/>
          <w:color w:val="3C3C3C"/>
          <w:sz w:val="16"/>
          <w:szCs w:val="24"/>
        </w:rPr>
        <w:t>Formularul se anexează la autorizația de construire/desființare în două exemplare. Titularul autorizației este obligat să păstreze pe șantier un exemplar al acestei înștiințări, cu numărul și data înregistrării la autoritatea emitentă.</w:t>
      </w:r>
    </w:p>
    <w:sectPr w:rsidR="00FD1AB0" w:rsidRPr="002A57DE" w:rsidSect="00716742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EA8D" w14:textId="77777777" w:rsidR="00994328" w:rsidRDefault="00994328">
      <w:pPr>
        <w:spacing w:after="0" w:line="240" w:lineRule="auto"/>
      </w:pPr>
      <w:r>
        <w:separator/>
      </w:r>
    </w:p>
  </w:endnote>
  <w:endnote w:type="continuationSeparator" w:id="0">
    <w:p w14:paraId="12CF9884" w14:textId="77777777" w:rsidR="00994328" w:rsidRDefault="0099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DA6AD" w14:textId="77777777" w:rsidR="00FD1AB0" w:rsidRDefault="00000000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F_A_08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C6B81" w14:textId="77777777" w:rsidR="00994328" w:rsidRDefault="00994328">
      <w:pPr>
        <w:spacing w:after="0" w:line="240" w:lineRule="auto"/>
      </w:pPr>
      <w:r>
        <w:separator/>
      </w:r>
    </w:p>
  </w:footnote>
  <w:footnote w:type="continuationSeparator" w:id="0">
    <w:p w14:paraId="641E7AA3" w14:textId="77777777" w:rsidR="00994328" w:rsidRDefault="0099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52CE" w14:textId="1DF8C02E" w:rsidR="00FD1AB0" w:rsidRDefault="00000000">
    <w:pPr>
      <w:pStyle w:val="Header"/>
      <w:jc w:val="right"/>
    </w:pPr>
    <w:r>
      <w:rPr>
        <w:rFonts w:ascii="Times New Roman" w:hAnsi="Times New Roman"/>
        <w:b/>
        <w:sz w:val="19"/>
      </w:rPr>
      <w:t>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426199">
    <w:abstractNumId w:val="8"/>
  </w:num>
  <w:num w:numId="2" w16cid:durableId="681588258">
    <w:abstractNumId w:val="6"/>
  </w:num>
  <w:num w:numId="3" w16cid:durableId="474571281">
    <w:abstractNumId w:val="5"/>
  </w:num>
  <w:num w:numId="4" w16cid:durableId="793521822">
    <w:abstractNumId w:val="4"/>
  </w:num>
  <w:num w:numId="5" w16cid:durableId="491406445">
    <w:abstractNumId w:val="7"/>
  </w:num>
  <w:num w:numId="6" w16cid:durableId="1133445217">
    <w:abstractNumId w:val="3"/>
  </w:num>
  <w:num w:numId="7" w16cid:durableId="1065302417">
    <w:abstractNumId w:val="2"/>
  </w:num>
  <w:num w:numId="8" w16cid:durableId="921182981">
    <w:abstractNumId w:val="1"/>
  </w:num>
  <w:num w:numId="9" w16cid:durableId="214265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182"/>
    <w:rsid w:val="001D0A95"/>
    <w:rsid w:val="00200FFD"/>
    <w:rsid w:val="0029639D"/>
    <w:rsid w:val="002A57DE"/>
    <w:rsid w:val="002F1E13"/>
    <w:rsid w:val="002F3A54"/>
    <w:rsid w:val="00321B9A"/>
    <w:rsid w:val="00326F90"/>
    <w:rsid w:val="00716742"/>
    <w:rsid w:val="007E3051"/>
    <w:rsid w:val="00994328"/>
    <w:rsid w:val="00AA1D8D"/>
    <w:rsid w:val="00B47730"/>
    <w:rsid w:val="00BB6DAD"/>
    <w:rsid w:val="00C435EE"/>
    <w:rsid w:val="00CB0664"/>
    <w:rsid w:val="00D96895"/>
    <w:rsid w:val="00E144F9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2026-09-08T07:49:00Z</dcterms:created>
  <dcterms:modified xsi:type="dcterms:W3CDTF">2026-09-08T07:49:00Z</dcterms:modified>
  <cp:category/>
</cp:coreProperties>
</file>