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E30FE5" w:rsidRPr="0031126D" w14:paraId="7A338748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AD8769A" w14:textId="2EF1E87E" w:rsidR="00E30FE5" w:rsidRPr="0031126D" w:rsidRDefault="00EB5324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170F993" wp14:editId="71BB91FD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166370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D4AD0A8" w14:textId="77777777" w:rsidR="00E30FE5" w:rsidRPr="0031126D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E30FE5" w:rsidRPr="0031126D" w14:paraId="26DEFB86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5D9D596" w14:textId="77777777" w:rsidR="00E30FE5" w:rsidRPr="0031126D" w:rsidRDefault="00E30F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0E39BDB" w14:textId="3BDED55C" w:rsidR="00E30FE5" w:rsidRPr="0031126D" w:rsidRDefault="002D392E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E30FE5" w:rsidRPr="0031126D" w14:paraId="5873C58A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3640AC9" w14:textId="77777777" w:rsidR="00E30FE5" w:rsidRPr="0031126D" w:rsidRDefault="00E30F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FFEA952" w14:textId="77777777" w:rsidR="00E30FE5" w:rsidRPr="0031126D" w:rsidRDefault="00E30F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7B282A3" w14:textId="4958FCB1" w:rsidR="00E30FE5" w:rsidRPr="0031126D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2D392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83D4ED8" w14:textId="77777777" w:rsidR="002D392E" w:rsidRDefault="00E30FE5" w:rsidP="002D392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2D392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2D392E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2D392E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6306BE56" w14:textId="77777777" w:rsidR="002D392E" w:rsidRPr="007A05DB" w:rsidRDefault="002D392E" w:rsidP="002D392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14C0CB7A" w14:textId="77777777" w:rsidR="002D392E" w:rsidRPr="007844EA" w:rsidRDefault="002D392E" w:rsidP="002D392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486B539F" w14:textId="434ABFD1" w:rsidR="00E30FE5" w:rsidRPr="0031126D" w:rsidRDefault="002D392E" w:rsidP="002D392E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E30FE5" w:rsidRPr="0031126D" w14:paraId="0D65BD42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C6E239C" w14:textId="77777777" w:rsidR="00E30FE5" w:rsidRPr="0031126D" w:rsidRDefault="00E30F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85907C3" w14:textId="77777777" w:rsidR="00E30FE5" w:rsidRPr="0031126D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A8BB9DA" w14:textId="77777777" w:rsidR="00E30FE5" w:rsidRPr="0031126D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E30FE5" w:rsidRPr="0031126D" w14:paraId="74970C3C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31A5762" w14:textId="77777777" w:rsidR="00E30FE5" w:rsidRPr="0031126D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30EDFC" w14:textId="688E88F8" w:rsidR="00AF1FE7" w:rsidRPr="002E0547" w:rsidRDefault="00000000" w:rsidP="00E30FE5">
      <w:pPr>
        <w:spacing w:before="160" w:after="80" w:line="240" w:lineRule="auto"/>
        <w:jc w:val="center"/>
        <w:rPr>
          <w:sz w:val="24"/>
          <w:szCs w:val="24"/>
        </w:rPr>
      </w:pPr>
      <w:r w:rsidRPr="002E0547">
        <w:rPr>
          <w:rFonts w:ascii="Times New Roman" w:hAnsi="Times New Roman"/>
          <w:b/>
          <w:sz w:val="28"/>
          <w:szCs w:val="24"/>
        </w:rPr>
        <w:t>ÎNȘTIINȚARE</w:t>
      </w:r>
      <w:r w:rsidRPr="002E0547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2E0547">
        <w:rPr>
          <w:rFonts w:ascii="Times New Roman" w:hAnsi="Times New Roman"/>
          <w:sz w:val="20"/>
          <w:szCs w:val="24"/>
        </w:rPr>
        <w:t>privind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finalizarea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lucrărilor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notificate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și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solicitarea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participării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reprezentantului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UAT la recepție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E30FE5" w:rsidRPr="002E0547" w14:paraId="59A0B278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DD398FC" w14:textId="77777777" w:rsidR="00E30FE5" w:rsidRPr="002E0547" w:rsidRDefault="00E30F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E30FE5" w:rsidRPr="002E0547" w14:paraId="40B5C00B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EB84E8" w14:textId="77777777" w:rsidR="00E30FE5" w:rsidRPr="002E0547" w:rsidRDefault="00E30F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5A566D8E" w14:textId="7FAB176D" w:rsidR="00E30FE5" w:rsidRPr="002E0547" w:rsidRDefault="002D392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E30FE5" w:rsidRPr="002E0547" w14:paraId="561A6B41" w14:textId="77777777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7954F93" w14:textId="7363EFD8" w:rsidR="00E30FE5" w:rsidRPr="002E0547" w:rsidRDefault="00E30F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2E0547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2E0547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2D392E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2D392E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2D392E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2D392E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2D392E">
              <w:rPr>
                <w:rFonts w:ascii="Times New Roman" w:hAnsi="Times New Roman"/>
                <w:i/>
                <w:sz w:val="16"/>
                <w:szCs w:val="24"/>
              </w:rPr>
              <w:t>Brădești</w:t>
            </w:r>
            <w:proofErr w:type="spellEnd"/>
          </w:p>
        </w:tc>
      </w:tr>
    </w:tbl>
    <w:p w14:paraId="175FDC6A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AF1FE7" w:rsidRPr="002E0547" w14:paraId="7570FD1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0" w:type="dxa"/>
              <w:bottom w:w="7" w:type="dxa"/>
              <w:right w:w="30" w:type="dxa"/>
            </w:tcMar>
          </w:tcPr>
          <w:p w14:paraId="53977BB0" w14:textId="77777777" w:rsidR="00AF1FE7" w:rsidRPr="002E0547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AF1FE7" w:rsidRPr="002E0547" w14:paraId="050E0650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AA9E8EC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3595491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AF1FE7" w:rsidRPr="002E0547" w14:paraId="67A4BD1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614D10E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AF1FE7" w:rsidRPr="002E0547" w14:paraId="43C7C7EC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5F6B4E8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486FFCC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A1014F1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600479B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AF1FE7" w:rsidRPr="002E0547" w14:paraId="4F97959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D6E91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AF1FE7" w:rsidRPr="002E0547" w14:paraId="5B440313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553287D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4FA55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B446E31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AF1FE7" w:rsidRPr="002E0547" w14:paraId="0B9A152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B36CF5C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0BDE5FF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02D3EDA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2D11B86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B198D90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E58BBC2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4D27D16D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AF1FE7" w:rsidRPr="002E0547" w14:paraId="57B5716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12AF2E8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AF1FE7" w:rsidRPr="002E0547" w14:paraId="1D4B2EC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6CCE61E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DA4FB57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684E0033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79B2147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136A8D0E" w14:textId="77777777" w:rsidR="00AF1FE7" w:rsidRPr="002E0547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3. NOTIFICAREA</w:t>
            </w:r>
          </w:p>
        </w:tc>
      </w:tr>
      <w:tr w:rsidR="00AF1FE7" w:rsidRPr="002E0547" w14:paraId="2A359D9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FC83D40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Nr. / </w:t>
            </w:r>
            <w:proofErr w:type="gramStart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notificării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FE28B40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Proiect nr. / </w:t>
            </w:r>
            <w:proofErr w:type="gramStart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1050FA3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Imobilul</w:t>
            </w:r>
          </w:p>
        </w:tc>
      </w:tr>
    </w:tbl>
    <w:p w14:paraId="65EB2DE6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3ED7C0D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0A4CC96B" w14:textId="77777777" w:rsidR="00AF1FE7" w:rsidRPr="002E0547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4. EXECUȚIA ȘI RECEPȚIA</w:t>
            </w:r>
          </w:p>
        </w:tc>
      </w:tr>
      <w:tr w:rsidR="00AF1FE7" w:rsidRPr="002E0547" w14:paraId="10B65912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60D25E8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începerii lucrărilor</w:t>
            </w: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E0547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declară aici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1742B84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finalizării</w:t>
            </w:r>
          </w:p>
        </w:tc>
      </w:tr>
      <w:tr w:rsidR="00AF1FE7" w:rsidRPr="002E0547" w14:paraId="06EDC53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E83D397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propusă pentru recepție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2592FB4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12880328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locul</w:t>
            </w:r>
          </w:p>
        </w:tc>
      </w:tr>
      <w:tr w:rsidR="00AF1FE7" w:rsidRPr="002E0547" w14:paraId="5E64C10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AB289FE" w14:textId="77777777" w:rsidR="00AF1FE7" w:rsidRPr="002E0547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i/>
                <w:sz w:val="16"/>
                <w:szCs w:val="24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5A4DBE4C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1C192FA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738A4F82" w14:textId="77777777" w:rsidR="00AF1FE7" w:rsidRPr="002E0547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AF1FE7" w:rsidRPr="002E0547" w14:paraId="74AB3E9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D4501A4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2B5CB55D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Beneficiarul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EA680E3" w14:textId="77777777" w:rsidR="00AF1FE7" w:rsidRPr="002E054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88DBEB6" w14:textId="77777777" w:rsidR="00431DD2" w:rsidRPr="00E30FE5" w:rsidRDefault="00431DD2">
      <w:pPr>
        <w:rPr>
          <w:sz w:val="28"/>
          <w:szCs w:val="28"/>
        </w:rPr>
      </w:pPr>
    </w:p>
    <w:sectPr w:rsidR="00431DD2" w:rsidRPr="00E30FE5" w:rsidSect="002E0547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F7755" w14:textId="77777777" w:rsidR="00855E13" w:rsidRDefault="00855E13">
      <w:pPr>
        <w:spacing w:after="0" w:line="240" w:lineRule="auto"/>
      </w:pPr>
      <w:r>
        <w:separator/>
      </w:r>
    </w:p>
  </w:endnote>
  <w:endnote w:type="continuationSeparator" w:id="0">
    <w:p w14:paraId="56513680" w14:textId="77777777" w:rsidR="00855E13" w:rsidRDefault="0085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F261" w14:textId="77777777" w:rsidR="00AF1FE7" w:rsidRDefault="00AF1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C691" w14:textId="77777777" w:rsidR="00855E13" w:rsidRDefault="00855E13">
      <w:pPr>
        <w:spacing w:after="0" w:line="240" w:lineRule="auto"/>
      </w:pPr>
      <w:r>
        <w:separator/>
      </w:r>
    </w:p>
  </w:footnote>
  <w:footnote w:type="continuationSeparator" w:id="0">
    <w:p w14:paraId="0EBD49CD" w14:textId="77777777" w:rsidR="00855E13" w:rsidRDefault="00855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FC4D" w14:textId="77777777" w:rsidR="00AF1FE7" w:rsidRDefault="00AF1F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7008846">
    <w:abstractNumId w:val="8"/>
  </w:num>
  <w:num w:numId="2" w16cid:durableId="684138950">
    <w:abstractNumId w:val="6"/>
  </w:num>
  <w:num w:numId="3" w16cid:durableId="1656685569">
    <w:abstractNumId w:val="5"/>
  </w:num>
  <w:num w:numId="4" w16cid:durableId="1305039801">
    <w:abstractNumId w:val="4"/>
  </w:num>
  <w:num w:numId="5" w16cid:durableId="1426221068">
    <w:abstractNumId w:val="7"/>
  </w:num>
  <w:num w:numId="6" w16cid:durableId="1331909764">
    <w:abstractNumId w:val="3"/>
  </w:num>
  <w:num w:numId="7" w16cid:durableId="1842232326">
    <w:abstractNumId w:val="2"/>
  </w:num>
  <w:num w:numId="8" w16cid:durableId="2136949590">
    <w:abstractNumId w:val="1"/>
  </w:num>
  <w:num w:numId="9" w16cid:durableId="394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09A"/>
    <w:rsid w:val="00200FFD"/>
    <w:rsid w:val="0029639D"/>
    <w:rsid w:val="002D392E"/>
    <w:rsid w:val="002E0547"/>
    <w:rsid w:val="00326F90"/>
    <w:rsid w:val="00431DD2"/>
    <w:rsid w:val="005372A6"/>
    <w:rsid w:val="00855E13"/>
    <w:rsid w:val="00861C32"/>
    <w:rsid w:val="00887C57"/>
    <w:rsid w:val="0094177F"/>
    <w:rsid w:val="00AA1D8D"/>
    <w:rsid w:val="00AF1FE7"/>
    <w:rsid w:val="00B47730"/>
    <w:rsid w:val="00CB0664"/>
    <w:rsid w:val="00E30FE5"/>
    <w:rsid w:val="00EB53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2430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2026-09-08T07:53:00Z</dcterms:created>
  <dcterms:modified xsi:type="dcterms:W3CDTF">2026-09-08T07:53:00Z</dcterms:modified>
  <cp:category/>
</cp:coreProperties>
</file>