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D3DC2" w14:textId="77777777" w:rsidR="00EA3403" w:rsidRPr="007844EA" w:rsidRDefault="00EA3403" w:rsidP="00EA3403">
      <w:pPr>
        <w:spacing w:after="0" w:line="240" w:lineRule="auto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EA3403" w:rsidRPr="007844EA" w14:paraId="44BB6231" w14:textId="77777777" w:rsidTr="005A67B9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E96FB78" w14:textId="3D68342D" w:rsidR="00EA3403" w:rsidRPr="007844EA" w:rsidRDefault="009973D8" w:rsidP="005A67B9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1A682C7" wp14:editId="45316201">
                  <wp:simplePos x="0" y="0"/>
                  <wp:positionH relativeFrom="column">
                    <wp:posOffset>236220</wp:posOffset>
                  </wp:positionH>
                  <wp:positionV relativeFrom="paragraph">
                    <wp:posOffset>161925</wp:posOffset>
                  </wp:positionV>
                  <wp:extent cx="742950" cy="928370"/>
                  <wp:effectExtent l="0" t="0" r="0" b="5080"/>
                  <wp:wrapThrough wrapText="bothSides">
                    <wp:wrapPolygon edited="0">
                      <wp:start x="0" y="0"/>
                      <wp:lineTo x="0" y="21275"/>
                      <wp:lineTo x="21046" y="21275"/>
                      <wp:lineTo x="21046" y="0"/>
                      <wp:lineTo x="0" y="0"/>
                    </wp:wrapPolygon>
                  </wp:wrapThrough>
                  <wp:docPr id="44907222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07222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139E2B8" w14:textId="77777777" w:rsidR="00EA3403" w:rsidRPr="007844EA" w:rsidRDefault="00EA3403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</w:tc>
      </w:tr>
      <w:tr w:rsidR="00EA3403" w:rsidRPr="007844EA" w14:paraId="1F200246" w14:textId="77777777" w:rsidTr="005A67B9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63B2D83A" w14:textId="77777777" w:rsidR="00EA3403" w:rsidRPr="007844EA" w:rsidRDefault="00EA3403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F1E0E86" w14:textId="3E3FED08" w:rsidR="00EA3403" w:rsidRPr="007844EA" w:rsidRDefault="00EA3403" w:rsidP="005A67B9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Consiliul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="00C3123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Primăria</w:t>
            </w:r>
            <w:proofErr w:type="spellEnd"/>
            <w:r w:rsidR="00C3123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="00C3123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Comunei</w:t>
            </w:r>
            <w:proofErr w:type="spellEnd"/>
            <w:r w:rsidR="00C3123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="00C3123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Brădești</w:t>
            </w:r>
            <w:proofErr w:type="spellEnd"/>
          </w:p>
        </w:tc>
      </w:tr>
      <w:tr w:rsidR="00EA3403" w:rsidRPr="007844EA" w14:paraId="412668CE" w14:textId="77777777" w:rsidTr="005A67B9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2A03F7DF" w14:textId="77777777" w:rsidR="00EA3403" w:rsidRPr="007844EA" w:rsidRDefault="00EA3403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548E194" w14:textId="77777777" w:rsidR="00EA3403" w:rsidRPr="007844EA" w:rsidRDefault="00EA3403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de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identificare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fiscală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(CIF)</w:t>
            </w:r>
          </w:p>
          <w:p w14:paraId="0802D41E" w14:textId="0EA54BDB" w:rsidR="00EA3403" w:rsidRPr="007844EA" w:rsidRDefault="00EA3403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</w:t>
            </w:r>
            <w:r w:rsidR="00C3123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367906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BE39B3F" w14:textId="77777777" w:rsidR="00C31238" w:rsidRDefault="00C31238" w:rsidP="00C31238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</w:pPr>
            <w:proofErr w:type="spellStart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</w:t>
            </w:r>
            <w:proofErr w:type="gramEnd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țul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 xml:space="preserve"> Harghita, Comuna Brădești, 537025</w:t>
            </w:r>
          </w:p>
          <w:p w14:paraId="25C79562" w14:textId="77777777" w:rsidR="00C31238" w:rsidRPr="007A05DB" w:rsidRDefault="00C31238" w:rsidP="00C31238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 xml:space="preserve">Satul Brădești, strada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Pet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őfi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 xml:space="preserve"> Sándor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nr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. 14</w:t>
            </w:r>
          </w:p>
          <w:p w14:paraId="74BA8DBD" w14:textId="77777777" w:rsidR="00C31238" w:rsidRPr="007844EA" w:rsidRDefault="00C31238" w:rsidP="00C31238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ab/>
              <w:t>Tel: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0366401821</w:t>
            </w:r>
          </w:p>
          <w:p w14:paraId="133DB3C6" w14:textId="33DC9441" w:rsidR="00EA3403" w:rsidRPr="007844EA" w:rsidRDefault="00C31238" w:rsidP="00C31238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bradesti@hr.e-adm.ro</w:t>
            </w:r>
          </w:p>
        </w:tc>
      </w:tr>
      <w:tr w:rsidR="00EA3403" w:rsidRPr="007844EA" w14:paraId="58FF8D48" w14:textId="77777777" w:rsidTr="005A67B9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798F7150" w14:textId="77777777" w:rsidR="00EA3403" w:rsidRPr="007844EA" w:rsidRDefault="00EA3403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EFAF909" w14:textId="77777777" w:rsidR="00EA3403" w:rsidRPr="007844EA" w:rsidRDefault="00EA3403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D308232" w14:textId="77777777" w:rsidR="00EA3403" w:rsidRPr="007844EA" w:rsidRDefault="00EA3403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EA3403" w:rsidRPr="007844EA" w14:paraId="35B3DD8C" w14:textId="77777777" w:rsidTr="005A67B9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EDBEA2E" w14:textId="77777777" w:rsidR="00EA3403" w:rsidRPr="007844EA" w:rsidRDefault="00EA3403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se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completează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de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autoritate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—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solicitantul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nu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scrie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în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această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zonă</w:t>
            </w:r>
            <w:proofErr w:type="spellEnd"/>
          </w:p>
        </w:tc>
      </w:tr>
    </w:tbl>
    <w:p w14:paraId="504720D8" w14:textId="77777777" w:rsidR="00EA3403" w:rsidRPr="007844EA" w:rsidRDefault="00EA3403" w:rsidP="00EA3403">
      <w:pPr>
        <w:spacing w:before="80" w:after="60" w:line="240" w:lineRule="auto"/>
        <w:jc w:val="center"/>
        <w:rPr>
          <w:sz w:val="24"/>
          <w:szCs w:val="24"/>
        </w:rPr>
      </w:pPr>
      <w:r w:rsidRPr="007844EA">
        <w:rPr>
          <w:rFonts w:ascii="Times New Roman" w:hAnsi="Times New Roman"/>
          <w:b/>
          <w:sz w:val="28"/>
          <w:szCs w:val="24"/>
        </w:rPr>
        <w:t>CERERE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EA3403" w:rsidRPr="007844EA" w14:paraId="1DB264D4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3C3E844" w14:textId="77777777" w:rsidR="00EA3403" w:rsidRPr="007844EA" w:rsidRDefault="00EA3403" w:rsidP="005A67B9">
            <w:pPr>
              <w:spacing w:before="20"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EA3403" w:rsidRPr="007844EA" w14:paraId="6C72E1CA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FD2D09C" w14:textId="77777777" w:rsidR="00EA3403" w:rsidRPr="007844EA" w:rsidRDefault="00EA3403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Instituția</w:t>
            </w:r>
            <w:proofErr w:type="spellEnd"/>
          </w:p>
          <w:p w14:paraId="3599E855" w14:textId="1DF60B2C" w:rsidR="00EA3403" w:rsidRPr="007844EA" w:rsidRDefault="00C31238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Primăria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Comunei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Brădești</w:t>
            </w:r>
            <w:proofErr w:type="spellEnd"/>
          </w:p>
        </w:tc>
      </w:tr>
      <w:tr w:rsidR="00EA3403" w:rsidRPr="007844EA" w14:paraId="370238F0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E4CE537" w14:textId="6F106B1D" w:rsidR="00EA3403" w:rsidRPr="007844EA" w:rsidRDefault="00EA3403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>Către</w:t>
            </w:r>
            <w:proofErr w:type="spellEnd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C31238">
              <w:rPr>
                <w:rFonts w:ascii="Times New Roman" w:hAnsi="Times New Roman"/>
                <w:i/>
                <w:sz w:val="16"/>
                <w:szCs w:val="24"/>
              </w:rPr>
              <w:t>PrimărUL</w:t>
            </w:r>
            <w:proofErr w:type="spellEnd"/>
            <w:r w:rsidR="00C3123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C31238">
              <w:rPr>
                <w:rFonts w:ascii="Times New Roman" w:hAnsi="Times New Roman"/>
                <w:i/>
                <w:sz w:val="16"/>
                <w:szCs w:val="24"/>
              </w:rPr>
              <w:t>Comunei</w:t>
            </w:r>
            <w:proofErr w:type="spellEnd"/>
            <w:r w:rsidR="00C3123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C31238">
              <w:rPr>
                <w:rFonts w:ascii="Times New Roman" w:hAnsi="Times New Roman"/>
                <w:i/>
                <w:sz w:val="16"/>
                <w:szCs w:val="24"/>
              </w:rPr>
              <w:t>Brădești</w:t>
            </w:r>
            <w:proofErr w:type="spellEnd"/>
          </w:p>
        </w:tc>
      </w:tr>
    </w:tbl>
    <w:p w14:paraId="297CF65D" w14:textId="77777777" w:rsidR="005502BD" w:rsidRPr="00EA3403" w:rsidRDefault="005502BD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5502BD" w:rsidRPr="00EA3403" w14:paraId="49015E5F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A0410B2" w14:textId="77777777" w:rsidR="005502BD" w:rsidRPr="00EA3403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5502BD" w:rsidRPr="00EA3403" w14:paraId="0168996A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48E36F4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6EDF23AD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5502BD" w:rsidRPr="00EA3403" w14:paraId="2DC2177B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4D22AD6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5502BD" w:rsidRPr="00EA3403" w14:paraId="2F7DED7F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A0B9075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8B18E43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EAB99E9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83C61BA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5502BD" w:rsidRPr="00EA3403" w14:paraId="41425154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D0CDB36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5502BD" w:rsidRPr="00EA3403" w14:paraId="213D161F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836CB86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92A9C82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2C31658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5502BD" w:rsidRPr="00EA3403" w14:paraId="4949C8FE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F86692C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27D8285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404F15F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CACA72D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6961EC5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82758F6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88CB6B2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 w:rsidR="005502BD" w:rsidRPr="00EA3403" w14:paraId="485223A7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EB09BB4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5502BD" w:rsidRPr="00EA3403" w14:paraId="23D0F29B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22EA0A7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1D5D81F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</w:tbl>
    <w:p w14:paraId="21F7F9E1" w14:textId="77777777" w:rsidR="005502BD" w:rsidRPr="00EA3403" w:rsidRDefault="00000000">
      <w:pPr>
        <w:spacing w:before="100" w:after="80" w:line="240" w:lineRule="auto"/>
        <w:jc w:val="center"/>
        <w:rPr>
          <w:sz w:val="24"/>
          <w:szCs w:val="24"/>
        </w:rPr>
      </w:pPr>
      <w:r w:rsidRPr="00EA3403">
        <w:rPr>
          <w:rFonts w:ascii="Times New Roman" w:hAnsi="Times New Roman"/>
          <w:sz w:val="18"/>
          <w:szCs w:val="24"/>
        </w:rPr>
        <w:t>în temeiul art. 257 alin. (17) din Legea nr. 169/2026 privind Codul amenajării teritoriului, urbanismului și construcțiilor,</w:t>
      </w:r>
      <w:r w:rsidRPr="00EA3403">
        <w:rPr>
          <w:rFonts w:ascii="Times New Roman" w:hAnsi="Times New Roman"/>
          <w:sz w:val="18"/>
          <w:szCs w:val="24"/>
        </w:rPr>
        <w:br/>
        <w:t>solicit prelungirea valabilității</w:t>
      </w:r>
      <w:r w:rsidRPr="00EA3403">
        <w:rPr>
          <w:rFonts w:ascii="Times New Roman" w:hAnsi="Times New Roman"/>
          <w:sz w:val="18"/>
          <w:szCs w:val="24"/>
        </w:rPr>
        <w:br/>
      </w:r>
      <w:r w:rsidRPr="00EA3403">
        <w:rPr>
          <w:rFonts w:ascii="Times New Roman" w:hAnsi="Times New Roman"/>
          <w:b/>
          <w:sz w:val="24"/>
          <w:szCs w:val="24"/>
        </w:rPr>
        <w:t>CERTIFICATULUI DE URBANISM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5502BD" w:rsidRPr="00EA3403" w14:paraId="10FC21B1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4139F0D9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6D992F1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43E706C9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Emis de</w:t>
            </w:r>
          </w:p>
        </w:tc>
      </w:tr>
      <w:tr w:rsidR="005502BD" w:rsidRPr="00EA3403" w14:paraId="1D383FE9" w14:textId="77777777">
        <w:trPr>
          <w:jc w:val="center"/>
        </w:trPr>
        <w:tc>
          <w:tcPr>
            <w:tcW w:w="72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33A54085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Prelungirea solicitată — de la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5A8F127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până la data</w:t>
            </w:r>
          </w:p>
        </w:tc>
      </w:tr>
    </w:tbl>
    <w:p w14:paraId="11F87FDA" w14:textId="77777777" w:rsidR="005502BD" w:rsidRPr="00EA3403" w:rsidRDefault="005502BD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5502BD" w:rsidRPr="00EA3403" w14:paraId="07B9C913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54D7623" w14:textId="77777777" w:rsidR="005502BD" w:rsidRPr="00EA3403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5502BD" w:rsidRPr="00EA3403" w14:paraId="72DAE4BB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D63A5C1" w14:textId="77777777" w:rsidR="005502BD" w:rsidRPr="00EA3403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5502BD" w:rsidRPr="00EA3403" w14:paraId="63C0E8CD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285D172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2C0D176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6A308DE8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 / sector</w:t>
            </w:r>
          </w:p>
        </w:tc>
      </w:tr>
      <w:tr w:rsidR="005502BD" w:rsidRPr="00EA3403" w14:paraId="177BF884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AAFF369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B19F569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DE89722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EFAD2F6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Bl. / sc. / et. / ap.</w:t>
            </w:r>
          </w:p>
        </w:tc>
      </w:tr>
      <w:tr w:rsidR="005502BD" w:rsidRPr="00EA3403" w14:paraId="28A5521E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9F9AEEE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cadastral</w:t>
            </w: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EA3403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dacă imobilul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AB8A52B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</w:tbl>
    <w:p w14:paraId="694C0729" w14:textId="77777777" w:rsidR="005502BD" w:rsidRPr="00EA3403" w:rsidRDefault="005502BD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5502BD" w:rsidRPr="00EA3403" w14:paraId="4F0C2481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4BBADED" w14:textId="77777777" w:rsidR="005502BD" w:rsidRPr="00EA3403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sz w:val="18"/>
                <w:szCs w:val="24"/>
              </w:rPr>
              <w:t>5. SE ANEXEAZĂ</w:t>
            </w:r>
          </w:p>
        </w:tc>
      </w:tr>
      <w:tr w:rsidR="005502BD" w:rsidRPr="00EA3403" w14:paraId="20611E36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1FE146AD" w14:textId="77777777" w:rsidR="005502BD" w:rsidRPr="00EA3403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sz w:val="18"/>
                <w:szCs w:val="24"/>
              </w:rPr>
              <w:t>☐ certificatul de urbanism (în original)     ☐ documentul privind achitarea taxei (copie)</w:t>
            </w:r>
          </w:p>
        </w:tc>
      </w:tr>
    </w:tbl>
    <w:p w14:paraId="48D0BC68" w14:textId="77777777" w:rsidR="005502BD" w:rsidRPr="00EA3403" w:rsidRDefault="005502BD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5502BD" w:rsidRPr="00EA3403" w14:paraId="38DEC635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0AD8C3DE" w14:textId="77777777" w:rsidR="005502BD" w:rsidRPr="00EA3403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sz w:val="18"/>
                <w:szCs w:val="24"/>
              </w:rPr>
              <w:t>6. DATA ȘI SEMNĂTURA</w:t>
            </w:r>
          </w:p>
        </w:tc>
      </w:tr>
      <w:tr w:rsidR="005502BD" w:rsidRPr="00EA3403" w14:paraId="12CD2AEA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5566BFB0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61D49402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Solicitantul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333EFF19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63F41BC3" w14:textId="77777777" w:rsidR="000A6BEC" w:rsidRDefault="000A6BEC"/>
    <w:sectPr w:rsidR="000A6BEC" w:rsidSect="00FC6E81">
      <w:headerReference w:type="default" r:id="rId9"/>
      <w:footerReference w:type="default" r:id="rId10"/>
      <w:pgSz w:w="11906" w:h="16838" w:code="9"/>
      <w:pgMar w:top="576" w:right="648" w:bottom="576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90EB4" w14:textId="77777777" w:rsidR="00A134C4" w:rsidRDefault="00A134C4">
      <w:pPr>
        <w:spacing w:after="0" w:line="240" w:lineRule="auto"/>
      </w:pPr>
      <w:r>
        <w:separator/>
      </w:r>
    </w:p>
  </w:endnote>
  <w:endnote w:type="continuationSeparator" w:id="0">
    <w:p w14:paraId="08D785FA" w14:textId="77777777" w:rsidR="00A134C4" w:rsidRDefault="00A13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6F604" w14:textId="77777777" w:rsidR="005502BD" w:rsidRDefault="00000000">
    <w:pPr>
      <w:pStyle w:val="Footer"/>
      <w:jc w:val="center"/>
    </w:pPr>
    <w:r>
      <w:rPr>
        <w:rFonts w:ascii="Times New Roman" w:hAnsi="Times New Roman"/>
        <w:color w:val="646464"/>
        <w:sz w:val="16"/>
      </w:rPr>
      <w:t xml:space="preserve">F_CU_03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39715" w14:textId="77777777" w:rsidR="00A134C4" w:rsidRDefault="00A134C4">
      <w:pPr>
        <w:spacing w:after="0" w:line="240" w:lineRule="auto"/>
      </w:pPr>
      <w:r>
        <w:separator/>
      </w:r>
    </w:p>
  </w:footnote>
  <w:footnote w:type="continuationSeparator" w:id="0">
    <w:p w14:paraId="4C64CDAE" w14:textId="77777777" w:rsidR="00A134C4" w:rsidRDefault="00A13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6E7F5" w14:textId="77777777" w:rsidR="005502BD" w:rsidRDefault="005502BD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9654576">
    <w:abstractNumId w:val="8"/>
  </w:num>
  <w:num w:numId="2" w16cid:durableId="1969312477">
    <w:abstractNumId w:val="6"/>
  </w:num>
  <w:num w:numId="3" w16cid:durableId="625939152">
    <w:abstractNumId w:val="5"/>
  </w:num>
  <w:num w:numId="4" w16cid:durableId="889269239">
    <w:abstractNumId w:val="4"/>
  </w:num>
  <w:num w:numId="5" w16cid:durableId="1787698293">
    <w:abstractNumId w:val="7"/>
  </w:num>
  <w:num w:numId="6" w16cid:durableId="1580822248">
    <w:abstractNumId w:val="3"/>
  </w:num>
  <w:num w:numId="7" w16cid:durableId="967396513">
    <w:abstractNumId w:val="2"/>
  </w:num>
  <w:num w:numId="8" w16cid:durableId="1570268346">
    <w:abstractNumId w:val="1"/>
  </w:num>
  <w:num w:numId="9" w16cid:durableId="657657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6BEC"/>
    <w:rsid w:val="0015074B"/>
    <w:rsid w:val="00200FFD"/>
    <w:rsid w:val="0029639D"/>
    <w:rsid w:val="00326F90"/>
    <w:rsid w:val="005502BD"/>
    <w:rsid w:val="007657AE"/>
    <w:rsid w:val="009973D8"/>
    <w:rsid w:val="00A134C4"/>
    <w:rsid w:val="00A80BE3"/>
    <w:rsid w:val="00AA1D8D"/>
    <w:rsid w:val="00B3494D"/>
    <w:rsid w:val="00B47730"/>
    <w:rsid w:val="00C31238"/>
    <w:rsid w:val="00C372E0"/>
    <w:rsid w:val="00CB0664"/>
    <w:rsid w:val="00EA3403"/>
    <w:rsid w:val="00FC693F"/>
    <w:rsid w:val="00FC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ABCBAD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dcterms:created xsi:type="dcterms:W3CDTF">2026-09-08T07:41:00Z</dcterms:created>
  <dcterms:modified xsi:type="dcterms:W3CDTF">2026-09-08T07:41:00Z</dcterms:modified>
  <cp:category/>
</cp:coreProperties>
</file>