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4D4E15" w:rsidRPr="007844EA" w14:paraId="78FC1FDA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707A896" w14:textId="285B547B" w:rsidR="004D4E15" w:rsidRPr="007844EA" w:rsidRDefault="00D55DB1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2C4C255" wp14:editId="7EAF69D2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156845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DB5943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4D4E15" w:rsidRPr="007844EA" w14:paraId="2DEE650A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B5ED717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06E98F3" w14:textId="5347C31C" w:rsidR="004D4E15" w:rsidRPr="007844EA" w:rsidRDefault="0034288B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4D4E15" w:rsidRPr="007844EA" w14:paraId="52AB4D1A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DA70468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60CB9A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4B6FD5E2" w14:textId="07CCDAEB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34288B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48A91AA" w14:textId="77777777" w:rsidR="0034288B" w:rsidRDefault="004D4E15" w:rsidP="0034288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34288B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34288B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34288B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5302C9C0" w14:textId="77777777" w:rsidR="0034288B" w:rsidRPr="007A05DB" w:rsidRDefault="0034288B" w:rsidP="0034288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2D029DEC" w14:textId="77777777" w:rsidR="0034288B" w:rsidRPr="007844EA" w:rsidRDefault="0034288B" w:rsidP="0034288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6FE8D7CA" w14:textId="58713209" w:rsidR="004D4E15" w:rsidRPr="007844EA" w:rsidRDefault="0034288B" w:rsidP="0034288B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4D4E15" w:rsidRPr="007844EA" w14:paraId="47CC176C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0B9CDDE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31B74F2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F6243B4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4D4E15" w:rsidRPr="007844EA" w14:paraId="7A4A71A3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AB6B90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14F68403" w14:textId="77777777" w:rsidR="004D4E15" w:rsidRPr="007844EA" w:rsidRDefault="004D4E15" w:rsidP="004D4E1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4D4E15" w:rsidRPr="007844EA" w14:paraId="53C87BC3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1C10" w14:textId="77777777" w:rsidR="004D4E15" w:rsidRPr="007844EA" w:rsidRDefault="004D4E1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4D4E15" w:rsidRPr="007844EA" w14:paraId="60EE2974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D40BB89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47674C7D" w14:textId="6FCC72AE" w:rsidR="004D4E15" w:rsidRPr="007844EA" w:rsidRDefault="0034288B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4D4E15" w:rsidRPr="007844EA" w14:paraId="7D5A737E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94360" w14:textId="4B83B04D" w:rsidR="004D4E15" w:rsidRPr="007844EA" w:rsidRDefault="0034288B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Brădești</w:t>
            </w:r>
            <w:proofErr w:type="spellEnd"/>
          </w:p>
        </w:tc>
      </w:tr>
    </w:tbl>
    <w:p w14:paraId="0BCD26BF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883F41" w:rsidRPr="00BB54B5" w14:paraId="2D66BC8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8541998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883F41" w:rsidRPr="00BB54B5" w14:paraId="556A73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95A63F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BBB243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883F41" w:rsidRPr="00BB54B5" w14:paraId="32B7BE9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FD753D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883F41" w:rsidRPr="00BB54B5" w14:paraId="7B2A296E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1760E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1EE352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A7AA0F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D7EF92E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883F41" w:rsidRPr="00BB54B5" w14:paraId="4217486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B846B5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883F41" w:rsidRPr="00BB54B5" w14:paraId="3FC5238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41F9D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1AF6E4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D7E4260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883F41" w:rsidRPr="00BB54B5" w14:paraId="40F8A92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F0FD4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030B98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4B1145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E23CA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C3D185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DCE89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BD3372E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883F41" w:rsidRPr="00BB54B5" w14:paraId="5511BF8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E7DA43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883F41" w:rsidRPr="00BB54B5" w14:paraId="273E0C08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4ED66F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934800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883F41" w:rsidRPr="00BB54B5" w14:paraId="14B0FAD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605531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883F41" w:rsidRPr="00BB54B5" w14:paraId="089318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492D860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083BA6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 w14:paraId="0E18FB67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683D3CE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F714A53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3. AUTORIZAȚIA DE CONSTRUIRE</w:t>
            </w:r>
          </w:p>
        </w:tc>
      </w:tr>
      <w:tr w:rsidR="00883F41" w:rsidRPr="00BB54B5" w14:paraId="0302DCBD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05723CC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A04F876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BBCBF47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</w:tbl>
    <w:p w14:paraId="1FDAFF40" w14:textId="77777777" w:rsidR="00883F41" w:rsidRPr="00BB54B5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BB54B5">
        <w:rPr>
          <w:rFonts w:ascii="Times New Roman" w:hAnsi="Times New Roman"/>
          <w:sz w:val="18"/>
          <w:szCs w:val="24"/>
        </w:rPr>
        <w:t>în temeiul art. 309 – art. 310 din Legea nr. 169/2026 privind Codul amenajării teritoriului, urbanismului și construcțiilor,</w:t>
      </w:r>
      <w:r w:rsidRPr="00BB54B5">
        <w:rPr>
          <w:rFonts w:ascii="Times New Roman" w:hAnsi="Times New Roman"/>
          <w:sz w:val="18"/>
          <w:szCs w:val="24"/>
        </w:rPr>
        <w:br/>
        <w:t>solicit:</w:t>
      </w:r>
      <w:r w:rsidRPr="00BB54B5">
        <w:rPr>
          <w:rFonts w:ascii="Times New Roman" w:hAnsi="Times New Roman"/>
          <w:sz w:val="18"/>
          <w:szCs w:val="24"/>
        </w:rPr>
        <w:br/>
      </w:r>
      <w:r w:rsidRPr="00BB54B5">
        <w:rPr>
          <w:rFonts w:ascii="Times New Roman" w:hAnsi="Times New Roman"/>
          <w:b/>
          <w:sz w:val="20"/>
          <w:szCs w:val="24"/>
        </w:rPr>
        <w:t xml:space="preserve">☐ prelungirea DURATEI DE EXECUȚIE, pentru cel mult 12 </w:t>
      </w:r>
      <w:proofErr w:type="gramStart"/>
      <w:r w:rsidRPr="00BB54B5">
        <w:rPr>
          <w:rFonts w:ascii="Times New Roman" w:hAnsi="Times New Roman"/>
          <w:b/>
          <w:sz w:val="20"/>
          <w:szCs w:val="24"/>
        </w:rPr>
        <w:t>luni  /</w:t>
      </w:r>
      <w:proofErr w:type="gramEnd"/>
      <w:r w:rsidRPr="00BB54B5">
        <w:rPr>
          <w:rFonts w:ascii="Times New Roman" w:hAnsi="Times New Roman"/>
          <w:b/>
          <w:sz w:val="20"/>
          <w:szCs w:val="24"/>
        </w:rPr>
        <w:br/>
        <w:t>☐ prelungirea VALABILITĂȚII autorizației, pentru cel mult 12 luni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883F41" w:rsidRPr="00BB54B5" w14:paraId="7E159A1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F7F03C2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 la data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6BFFB39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  <w:tr w:rsidR="00883F41" w:rsidRPr="00BB54B5" w14:paraId="73349ED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DC4484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Stadiul lucrărilor (%)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E15BE5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începerii efective</w:t>
            </w:r>
          </w:p>
        </w:tc>
      </w:tr>
      <w:tr w:rsidR="00883F41" w:rsidRPr="00BB54B5" w14:paraId="62E56AC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BEB2F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Lucrările rămase de executat și motivarea</w:t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</w:tbl>
    <w:p w14:paraId="163D3599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883F41" w:rsidRPr="00BB54B5" w14:paraId="73B9D83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453DECFF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883F41" w:rsidRPr="00BB54B5" w14:paraId="70E11B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3BA981B0" w14:textId="77777777" w:rsidR="00883F41" w:rsidRPr="00BB54B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sz w:val="18"/>
                <w:szCs w:val="24"/>
              </w:rPr>
              <w:t xml:space="preserve">☐ autorizația de construire (în </w:t>
            </w:r>
            <w:proofErr w:type="gramStart"/>
            <w:r w:rsidRPr="00BB54B5">
              <w:rPr>
                <w:rFonts w:ascii="Times New Roman" w:hAnsi="Times New Roman"/>
                <w:sz w:val="18"/>
                <w:szCs w:val="24"/>
              </w:rPr>
              <w:t xml:space="preserve">original)   </w:t>
            </w:r>
            <w:proofErr w:type="gramEnd"/>
            <w:r w:rsidRPr="00BB54B5">
              <w:rPr>
                <w:rFonts w:ascii="Times New Roman" w:hAnsi="Times New Roman"/>
                <w:sz w:val="18"/>
                <w:szCs w:val="24"/>
              </w:rPr>
              <w:t xml:space="preserve">  ☐ documentul privind achitarea taxei (copie)</w:t>
            </w:r>
          </w:p>
        </w:tc>
      </w:tr>
    </w:tbl>
    <w:p w14:paraId="06EB99B1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517CF23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1773D346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883F41" w:rsidRPr="00BB54B5" w14:paraId="29A635A0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164A38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CE389A7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5024AA4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863F2F2" w14:textId="77777777" w:rsidR="00A86778" w:rsidRPr="00BB54B5" w:rsidRDefault="00A86778">
      <w:pPr>
        <w:rPr>
          <w:sz w:val="24"/>
          <w:szCs w:val="24"/>
        </w:rPr>
      </w:pPr>
    </w:p>
    <w:sectPr w:rsidR="00A86778" w:rsidRPr="00BB54B5" w:rsidSect="004965F9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86AD0" w14:textId="77777777" w:rsidR="009B0C6B" w:rsidRDefault="009B0C6B">
      <w:pPr>
        <w:spacing w:after="0" w:line="240" w:lineRule="auto"/>
      </w:pPr>
      <w:r>
        <w:separator/>
      </w:r>
    </w:p>
  </w:endnote>
  <w:endnote w:type="continuationSeparator" w:id="0">
    <w:p w14:paraId="3F34323A" w14:textId="77777777" w:rsidR="009B0C6B" w:rsidRDefault="009B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DE98" w14:textId="77777777" w:rsidR="00883F41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F_A_02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9EA90" w14:textId="77777777" w:rsidR="009B0C6B" w:rsidRDefault="009B0C6B">
      <w:pPr>
        <w:spacing w:after="0" w:line="240" w:lineRule="auto"/>
      </w:pPr>
      <w:r>
        <w:separator/>
      </w:r>
    </w:p>
  </w:footnote>
  <w:footnote w:type="continuationSeparator" w:id="0">
    <w:p w14:paraId="773CD300" w14:textId="77777777" w:rsidR="009B0C6B" w:rsidRDefault="009B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805C" w14:textId="77777777" w:rsidR="00883F41" w:rsidRDefault="00883F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963990">
    <w:abstractNumId w:val="8"/>
  </w:num>
  <w:num w:numId="2" w16cid:durableId="1490050472">
    <w:abstractNumId w:val="6"/>
  </w:num>
  <w:num w:numId="3" w16cid:durableId="784035271">
    <w:abstractNumId w:val="5"/>
  </w:num>
  <w:num w:numId="4" w16cid:durableId="696807845">
    <w:abstractNumId w:val="4"/>
  </w:num>
  <w:num w:numId="5" w16cid:durableId="682246908">
    <w:abstractNumId w:val="7"/>
  </w:num>
  <w:num w:numId="6" w16cid:durableId="1144544672">
    <w:abstractNumId w:val="3"/>
  </w:num>
  <w:num w:numId="7" w16cid:durableId="101656294">
    <w:abstractNumId w:val="2"/>
  </w:num>
  <w:num w:numId="8" w16cid:durableId="1847284461">
    <w:abstractNumId w:val="1"/>
  </w:num>
  <w:num w:numId="9" w16cid:durableId="26241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0FFD"/>
    <w:rsid w:val="00244BC4"/>
    <w:rsid w:val="0029639D"/>
    <w:rsid w:val="00326F90"/>
    <w:rsid w:val="0034288B"/>
    <w:rsid w:val="004965F9"/>
    <w:rsid w:val="004D4E15"/>
    <w:rsid w:val="005461F5"/>
    <w:rsid w:val="005C2285"/>
    <w:rsid w:val="00883F41"/>
    <w:rsid w:val="009B0C6B"/>
    <w:rsid w:val="00A51817"/>
    <w:rsid w:val="00A86778"/>
    <w:rsid w:val="00AA1D8D"/>
    <w:rsid w:val="00B47730"/>
    <w:rsid w:val="00BB54B5"/>
    <w:rsid w:val="00CA3DA0"/>
    <w:rsid w:val="00CB0664"/>
    <w:rsid w:val="00D55DB1"/>
    <w:rsid w:val="00DB4C56"/>
    <w:rsid w:val="00FC693F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96C04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2026-09-08T07:46:00Z</dcterms:created>
  <dcterms:modified xsi:type="dcterms:W3CDTF">2026-09-08T07:46:00Z</dcterms:modified>
  <cp:category/>
</cp:coreProperties>
</file>