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31126D" w:rsidRPr="0031126D" w14:paraId="6BD6DC40" w14:textId="77777777" w:rsidTr="005A67B9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82DC417" w14:textId="66E2196D" w:rsidR="0031126D" w:rsidRPr="0031126D" w:rsidRDefault="005071CA" w:rsidP="005A67B9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AF65825" wp14:editId="6835B89E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181610</wp:posOffset>
                  </wp:positionV>
                  <wp:extent cx="742950" cy="928370"/>
                  <wp:effectExtent l="0" t="0" r="0" b="5080"/>
                  <wp:wrapThrough wrapText="bothSides">
                    <wp:wrapPolygon edited="0">
                      <wp:start x="0" y="0"/>
                      <wp:lineTo x="0" y="21275"/>
                      <wp:lineTo x="21046" y="21275"/>
                      <wp:lineTo x="21046" y="0"/>
                      <wp:lineTo x="0" y="0"/>
                    </wp:wrapPolygon>
                  </wp:wrapThrough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EC878FF" w14:textId="77777777" w:rsidR="0031126D" w:rsidRPr="0031126D" w:rsidRDefault="0031126D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31126D" w:rsidRPr="0031126D" w14:paraId="7D1805BE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2CCC68C8" w14:textId="77777777" w:rsidR="0031126D" w:rsidRPr="0031126D" w:rsidRDefault="0031126D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8DC78EE" w14:textId="52B96EC6" w:rsidR="0031126D" w:rsidRPr="0031126D" w:rsidRDefault="009C4226" w:rsidP="005A67B9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Comuneni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Brădești</w:t>
            </w:r>
            <w:proofErr w:type="spellEnd"/>
          </w:p>
        </w:tc>
      </w:tr>
      <w:tr w:rsidR="0031126D" w:rsidRPr="0031126D" w14:paraId="4E41EBA4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1DA14E93" w14:textId="77777777" w:rsidR="0031126D" w:rsidRPr="0031126D" w:rsidRDefault="0031126D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0501D51" w14:textId="77777777" w:rsidR="0031126D" w:rsidRPr="0031126D" w:rsidRDefault="0031126D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2C8183F2" w14:textId="49752A3E" w:rsidR="0031126D" w:rsidRPr="0031126D" w:rsidRDefault="0031126D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</w:t>
            </w:r>
            <w:r w:rsidR="009C4226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367906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00E147A" w14:textId="77777777" w:rsidR="009C4226" w:rsidRDefault="0031126D" w:rsidP="009C4226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</w:pP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="009C4226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</w:t>
            </w:r>
            <w:proofErr w:type="spellStart"/>
            <w:r w:rsidR="009C4226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țul</w:t>
            </w:r>
            <w:proofErr w:type="spellEnd"/>
            <w:r w:rsidR="009C4226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Harghita, Comuna Brădești, 537025</w:t>
            </w:r>
          </w:p>
          <w:p w14:paraId="27346BC8" w14:textId="77777777" w:rsidR="009C4226" w:rsidRPr="007A05DB" w:rsidRDefault="009C4226" w:rsidP="009C4226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Satul Brădești, strada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Pet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őfi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 xml:space="preserve"> Sándor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nr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. 14</w:t>
            </w:r>
          </w:p>
          <w:p w14:paraId="21179ADF" w14:textId="77777777" w:rsidR="009C4226" w:rsidRPr="007844EA" w:rsidRDefault="009C4226" w:rsidP="009C4226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0366401821</w:t>
            </w:r>
          </w:p>
          <w:p w14:paraId="1023F385" w14:textId="219D0DDE" w:rsidR="0031126D" w:rsidRPr="0031126D" w:rsidRDefault="009C4226" w:rsidP="009C4226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bradesti@hr.e-adm.ro</w:t>
            </w:r>
          </w:p>
        </w:tc>
      </w:tr>
      <w:tr w:rsidR="0031126D" w:rsidRPr="0031126D" w14:paraId="0B8D019A" w14:textId="77777777" w:rsidTr="005A67B9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51F9C081" w14:textId="77777777" w:rsidR="0031126D" w:rsidRPr="0031126D" w:rsidRDefault="0031126D" w:rsidP="005A67B9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755AEB1A" w14:textId="77777777" w:rsidR="0031126D" w:rsidRPr="0031126D" w:rsidRDefault="0031126D" w:rsidP="005A67B9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BFA4745" w14:textId="77777777" w:rsidR="0031126D" w:rsidRPr="0031126D" w:rsidRDefault="0031126D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31126D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31126D" w:rsidRPr="0031126D" w14:paraId="34800DB9" w14:textId="77777777" w:rsidTr="005A67B9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B833B20" w14:textId="77777777" w:rsidR="0031126D" w:rsidRPr="0031126D" w:rsidRDefault="0031126D" w:rsidP="005A67B9">
            <w:pPr>
              <w:spacing w:after="20" w:line="240" w:lineRule="auto"/>
              <w:rPr>
                <w:sz w:val="24"/>
                <w:szCs w:val="24"/>
              </w:rPr>
            </w:pPr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31126D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2F9B368B" w14:textId="77777777" w:rsidR="0031126D" w:rsidRPr="00E91FC5" w:rsidRDefault="0031126D" w:rsidP="0031126D">
      <w:pPr>
        <w:spacing w:before="80" w:after="60" w:line="240" w:lineRule="auto"/>
        <w:jc w:val="center"/>
        <w:rPr>
          <w:sz w:val="28"/>
          <w:szCs w:val="28"/>
        </w:rPr>
      </w:pPr>
      <w:r w:rsidRPr="00E91FC5">
        <w:rPr>
          <w:rFonts w:ascii="Times New Roman" w:hAnsi="Times New Roman"/>
          <w:b/>
          <w:sz w:val="32"/>
          <w:szCs w:val="28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08"/>
      </w:tblGrid>
      <w:tr w:rsidR="0031126D" w:rsidRPr="00E91FC5" w14:paraId="35EB67AD" w14:textId="77777777" w:rsidTr="0031126D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0883F25" w14:textId="77777777" w:rsidR="0031126D" w:rsidRPr="00E91FC5" w:rsidRDefault="0031126D" w:rsidP="005A67B9">
            <w:pPr>
              <w:spacing w:before="20" w:after="20" w:line="240" w:lineRule="auto"/>
              <w:rPr>
                <w:sz w:val="28"/>
                <w:szCs w:val="28"/>
              </w:rPr>
            </w:pPr>
            <w:r w:rsidRPr="00E91FC5">
              <w:rPr>
                <w:rFonts w:ascii="Times New Roman" w:hAnsi="Times New Roman"/>
                <w:b/>
                <w:sz w:val="20"/>
                <w:szCs w:val="28"/>
              </w:rPr>
              <w:t>1. CĂTRE</w:t>
            </w:r>
          </w:p>
        </w:tc>
      </w:tr>
      <w:tr w:rsidR="0031126D" w:rsidRPr="00E91FC5" w14:paraId="6A09FDBF" w14:textId="77777777" w:rsidTr="0031126D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22F52DCB" w14:textId="77777777" w:rsidR="0031126D" w:rsidRPr="00E91FC5" w:rsidRDefault="0031126D" w:rsidP="005A67B9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91FC5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14:paraId="32EA8556" w14:textId="1473CDB0" w:rsidR="0031126D" w:rsidRPr="00E91FC5" w:rsidRDefault="009C4226" w:rsidP="005A67B9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Primăria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Comunei</w:t>
            </w:r>
            <w:proofErr w:type="spellEnd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87878"/>
                <w:sz w:val="18"/>
                <w:szCs w:val="28"/>
              </w:rPr>
              <w:t>Brădești</w:t>
            </w:r>
            <w:proofErr w:type="spellEnd"/>
          </w:p>
        </w:tc>
      </w:tr>
      <w:tr w:rsidR="0031126D" w:rsidRPr="00E91FC5" w14:paraId="06D3F034" w14:textId="77777777" w:rsidTr="0031126D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1C58697F" w14:textId="75E453BE" w:rsidR="0031126D" w:rsidRPr="00E91FC5" w:rsidRDefault="0031126D" w:rsidP="005A67B9">
            <w:pPr>
              <w:spacing w:after="20" w:line="240" w:lineRule="auto"/>
              <w:rPr>
                <w:sz w:val="28"/>
                <w:szCs w:val="28"/>
              </w:rPr>
            </w:pPr>
            <w:proofErr w:type="spellStart"/>
            <w:r w:rsidRPr="00E91FC5">
              <w:rPr>
                <w:rFonts w:ascii="Times New Roman" w:hAnsi="Times New Roman"/>
                <w:i/>
                <w:sz w:val="18"/>
                <w:szCs w:val="28"/>
              </w:rPr>
              <w:t>Către</w:t>
            </w:r>
            <w:proofErr w:type="spellEnd"/>
            <w:r w:rsidR="009C4226"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 w:rsidR="009C4226">
              <w:rPr>
                <w:rFonts w:ascii="Times New Roman" w:hAnsi="Times New Roman"/>
                <w:i/>
                <w:sz w:val="18"/>
                <w:szCs w:val="28"/>
              </w:rPr>
              <w:t>Primarul</w:t>
            </w:r>
            <w:proofErr w:type="spellEnd"/>
            <w:r w:rsidR="009C4226"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 w:rsidR="009C4226">
              <w:rPr>
                <w:rFonts w:ascii="Times New Roman" w:hAnsi="Times New Roman"/>
                <w:i/>
                <w:sz w:val="18"/>
                <w:szCs w:val="28"/>
              </w:rPr>
              <w:t>Comunei</w:t>
            </w:r>
            <w:proofErr w:type="spellEnd"/>
            <w:r w:rsidR="009C4226">
              <w:rPr>
                <w:rFonts w:ascii="Times New Roman" w:hAnsi="Times New Roman"/>
                <w:i/>
                <w:sz w:val="18"/>
                <w:szCs w:val="28"/>
              </w:rPr>
              <w:t xml:space="preserve"> </w:t>
            </w:r>
            <w:proofErr w:type="spellStart"/>
            <w:r w:rsidR="009C4226">
              <w:rPr>
                <w:rFonts w:ascii="Times New Roman" w:hAnsi="Times New Roman"/>
                <w:i/>
                <w:sz w:val="18"/>
                <w:szCs w:val="28"/>
              </w:rPr>
              <w:t>Brădești</w:t>
            </w:r>
            <w:proofErr w:type="spellEnd"/>
          </w:p>
        </w:tc>
      </w:tr>
    </w:tbl>
    <w:p w14:paraId="13C62C67" w14:textId="77777777"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BB33FD" w:rsidRPr="00E91FC5" w14:paraId="4E118020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4A2367F" w14:textId="77777777" w:rsidR="00BB33FD" w:rsidRPr="00E91FC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BB33FD" w:rsidRPr="00E91FC5" w14:paraId="4226ABE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06D2B3D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7206DF2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BB33FD" w:rsidRPr="00E91FC5" w14:paraId="04438D4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09D0E89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BB33FD" w:rsidRPr="00E91FC5" w14:paraId="7F21C862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E8F27F8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4FD2CC3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FAAFC3F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D9BDAB3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BB33FD" w:rsidRPr="00E91FC5" w14:paraId="0C145822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E11631E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BB33FD" w:rsidRPr="00E91FC5" w14:paraId="1D7CAC54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385C8DA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E770506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7088900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BB33FD" w:rsidRPr="00E91FC5" w14:paraId="3BD6BC3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2EBD893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CE052DF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4D81C31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1BE3BD8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A0AC894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ABD9A06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56CAC43A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</w:p>
        </w:tc>
      </w:tr>
      <w:tr w:rsidR="00BB33FD" w:rsidRPr="00E91FC5" w14:paraId="575292C0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7FF46F9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BB33FD" w:rsidRPr="00E91FC5" w14:paraId="345A6615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5D4B6DB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1C77A0A4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  <w:tr w:rsidR="00BB33FD" w:rsidRPr="00E91FC5" w14:paraId="3EC36C4A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B0AF771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000000"/>
                <w:sz w:val="16"/>
                <w:szCs w:val="24"/>
              </w:rPr>
              <w:t>Reprezentare</w:t>
            </w:r>
          </w:p>
        </w:tc>
      </w:tr>
      <w:tr w:rsidR="00BB33FD" w:rsidRPr="00E91FC5" w14:paraId="250E3F2F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A1E1C3C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calitate de reprezentant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02E2355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CUI / CIF</w:t>
            </w:r>
          </w:p>
        </w:tc>
      </w:tr>
      <w:tr w:rsidR="00BB33FD" w:rsidRPr="00E91FC5" w14:paraId="005C2B8F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E9AB69B" w14:textId="77777777" w:rsidR="00BB33FD" w:rsidRPr="00E91FC5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titular al dreptului de proprietate     ☐ împuternicit al titularului</w:t>
            </w:r>
          </w:p>
        </w:tc>
      </w:tr>
    </w:tbl>
    <w:p w14:paraId="6AFFB8DB" w14:textId="77777777" w:rsidR="00BB33FD" w:rsidRPr="00E91FC5" w:rsidRDefault="00000000">
      <w:pPr>
        <w:spacing w:before="80" w:after="60" w:line="240" w:lineRule="auto"/>
        <w:jc w:val="center"/>
        <w:rPr>
          <w:sz w:val="24"/>
          <w:szCs w:val="24"/>
        </w:rPr>
      </w:pPr>
      <w:r w:rsidRPr="00E91FC5">
        <w:rPr>
          <w:rFonts w:ascii="Times New Roman" w:hAnsi="Times New Roman"/>
          <w:sz w:val="18"/>
          <w:szCs w:val="24"/>
        </w:rPr>
        <w:t>în conformitate cu prevederile Legii nr. 169/2026 privind Codul amenajării teritoriului, urbanismului și construcțiilor,</w:t>
      </w:r>
      <w:r w:rsidRPr="00E91FC5">
        <w:rPr>
          <w:rFonts w:ascii="Times New Roman" w:hAnsi="Times New Roman"/>
          <w:sz w:val="18"/>
          <w:szCs w:val="24"/>
        </w:rPr>
        <w:br/>
        <w:t>solicit emiterea</w:t>
      </w:r>
      <w:r w:rsidRPr="00E91FC5">
        <w:rPr>
          <w:rFonts w:ascii="Times New Roman" w:hAnsi="Times New Roman"/>
          <w:sz w:val="18"/>
          <w:szCs w:val="24"/>
        </w:rPr>
        <w:br/>
      </w:r>
      <w:r w:rsidRPr="00E91FC5">
        <w:rPr>
          <w:rFonts w:ascii="Times New Roman" w:hAnsi="Times New Roman"/>
          <w:b/>
          <w:szCs w:val="24"/>
        </w:rPr>
        <w:t>CERTIFICATULUI DE URBANISM</w:t>
      </w:r>
      <w:r w:rsidRPr="00E91FC5">
        <w:rPr>
          <w:rFonts w:ascii="Times New Roman" w:hAnsi="Times New Roman"/>
          <w:b/>
          <w:szCs w:val="24"/>
        </w:rPr>
        <w:br/>
        <w:t>PENTRU OPERAȚIUNI CADASTRALE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BB33FD" w:rsidRPr="00E91FC5" w14:paraId="5A3E62F5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6F639455" w14:textId="77777777" w:rsidR="00BB33FD" w:rsidRPr="00E91FC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3. ÎN  VEDEREA REALIZĂRII OPERAȚIUNII CADATRALE :</w:t>
            </w:r>
          </w:p>
        </w:tc>
      </w:tr>
      <w:tr w:rsidR="00BB33FD" w:rsidRPr="00E91FC5" w14:paraId="634FFF2F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667485E" w14:textId="77777777" w:rsidR="00BB33FD" w:rsidRPr="00E91FC5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comasare (alipire)     ☐ dezmembrare (dezlipire)     ☐ înscrierea unor servituți de trecere</w:t>
            </w:r>
          </w:p>
        </w:tc>
      </w:tr>
      <w:tr w:rsidR="00BB33FD" w:rsidRPr="00E91FC5" w14:paraId="332541B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EFDA164" w14:textId="77777777" w:rsidR="00BB33FD" w:rsidRPr="00E91FC5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evidențieri de imobile în cartea funciară     ☐ reevidențieri de imobile în cartea funciară</w:t>
            </w:r>
          </w:p>
        </w:tc>
      </w:tr>
      <w:tr w:rsidR="00BB33FD" w:rsidRPr="00E91FC5" w14:paraId="1288381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3756A86D" w14:textId="77777777" w:rsidR="00BB33FD" w:rsidRPr="00E91FC5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color w:val="505050"/>
                <w:sz w:val="16"/>
                <w:szCs w:val="24"/>
              </w:rPr>
              <w:t>Descrierea operațiunii cadastrale propuse :</w:t>
            </w:r>
            <w:r w:rsidRPr="00E91FC5">
              <w:rPr>
                <w:rFonts w:ascii="Times New Roman" w:hAnsi="Times New Roman"/>
                <w:color w:val="505050"/>
                <w:sz w:val="16"/>
                <w:szCs w:val="24"/>
              </w:rPr>
              <w:br/>
            </w:r>
            <w:r w:rsidRPr="00E91FC5">
              <w:rPr>
                <w:rFonts w:ascii="Times New Roman" w:hAnsi="Times New Roman"/>
                <w:color w:val="505050"/>
                <w:sz w:val="16"/>
                <w:szCs w:val="24"/>
              </w:rPr>
              <w:br/>
              <w:t>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EDD7433" w14:textId="77777777"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BB33FD" w:rsidRPr="00E91FC5" w14:paraId="2D24A29D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60BF7CD3" w14:textId="77777777" w:rsidR="00BB33FD" w:rsidRPr="00E91FC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BB33FD" w:rsidRPr="00E91FC5" w14:paraId="37E5E1DA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17F3374" w14:textId="77777777" w:rsidR="00BB33FD" w:rsidRPr="00E91FC5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teren     ☐ construcții</w:t>
            </w:r>
          </w:p>
        </w:tc>
      </w:tr>
      <w:tr w:rsidR="00BB33FD" w:rsidRPr="00E91FC5" w14:paraId="476266D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091633A7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3C83DC6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3F69FEF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 / sector</w:t>
            </w:r>
          </w:p>
        </w:tc>
      </w:tr>
      <w:tr w:rsidR="00BB33FD" w:rsidRPr="00E91FC5" w14:paraId="33396AC6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5105033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DE1854C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4FC3AD78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20E2ADFC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BB33FD" w:rsidRPr="00E91FC5" w14:paraId="732E541A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3CC1F9AF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E91FC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15" w:type="dxa"/>
              <w:right w:w="35" w:type="dxa"/>
            </w:tcMar>
          </w:tcPr>
          <w:p w14:paraId="78947A8C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535D6467" w14:textId="77777777"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BB33FD" w:rsidRPr="00E91FC5" w14:paraId="2AC7F9BC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40E1A01B" w14:textId="77777777" w:rsidR="00BB33FD" w:rsidRPr="00E91FC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5. SE ANEXEAZĂ</w:t>
            </w:r>
          </w:p>
        </w:tc>
      </w:tr>
      <w:tr w:rsidR="00BB33FD" w:rsidRPr="00E91FC5" w14:paraId="102AC59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54C4778A" w14:textId="77777777" w:rsidR="00BB33FD" w:rsidRPr="00E91FC5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documentația cadastrală                             ☐ plan cu o propunere de comasare/dezmembrare</w:t>
            </w:r>
          </w:p>
        </w:tc>
      </w:tr>
      <w:tr w:rsidR="00BB33FD" w:rsidRPr="00E91FC5" w14:paraId="01C0F18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53EB379A" w14:textId="77777777" w:rsidR="00BB33FD" w:rsidRPr="00E91FC5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extras de carte funciară actualizat               ☐ plan de încadrare în zonă în sistem Stereo 70               ☐ împuternicirea, dacă este cazul</w:t>
            </w:r>
          </w:p>
        </w:tc>
      </w:tr>
    </w:tbl>
    <w:p w14:paraId="61FF898F" w14:textId="77777777"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BB33FD" w:rsidRPr="00E91FC5" w14:paraId="605A8E40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234D1CE7" w14:textId="77777777" w:rsidR="00BB33FD" w:rsidRPr="00E91FC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6. COMUNICAREA RĂSPUNSULUI</w:t>
            </w:r>
          </w:p>
        </w:tc>
      </w:tr>
      <w:tr w:rsidR="00BB33FD" w:rsidRPr="00E91FC5" w14:paraId="3EB2A39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40" w:type="dxa"/>
              <w:bottom w:w="15" w:type="dxa"/>
              <w:right w:w="40" w:type="dxa"/>
            </w:tcMar>
          </w:tcPr>
          <w:p w14:paraId="0D102045" w14:textId="77777777" w:rsidR="00BB33FD" w:rsidRPr="00E91FC5" w:rsidRDefault="00000000">
            <w:pPr>
              <w:spacing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sz w:val="18"/>
                <w:szCs w:val="24"/>
              </w:rPr>
              <w:t>☐ în format scris, prin poștă     ☐ în format digital, la adresa de e-mail indicată     ☐ ridicare de la sediul autorității</w:t>
            </w:r>
          </w:p>
        </w:tc>
      </w:tr>
    </w:tbl>
    <w:p w14:paraId="663A1431" w14:textId="77777777" w:rsidR="00BB33FD" w:rsidRPr="00E91FC5" w:rsidRDefault="00BB33FD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BB33FD" w:rsidRPr="00E91FC5" w14:paraId="06BF0576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5D259B2D" w14:textId="77777777" w:rsidR="00BB33FD" w:rsidRPr="00E91FC5" w:rsidRDefault="00000000">
            <w:pPr>
              <w:spacing w:before="10" w:after="1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sz w:val="18"/>
                <w:szCs w:val="24"/>
              </w:rPr>
              <w:t>7. DATA ȘI SEMNĂTURA</w:t>
            </w:r>
          </w:p>
        </w:tc>
      </w:tr>
      <w:tr w:rsidR="00BB33FD" w:rsidRPr="00E91FC5" w14:paraId="65073DF5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694139DC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06559D65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Solicitantul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5" w:type="dxa"/>
              <w:left w:w="35" w:type="dxa"/>
              <w:bottom w:w="25" w:type="dxa"/>
              <w:right w:w="35" w:type="dxa"/>
            </w:tcMar>
          </w:tcPr>
          <w:p w14:paraId="1D83D175" w14:textId="77777777" w:rsidR="00BB33FD" w:rsidRPr="00E91FC5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91FC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61E0D2A4" w14:textId="77777777" w:rsidR="003C2C8B" w:rsidRPr="00E91FC5" w:rsidRDefault="003C2C8B">
      <w:pPr>
        <w:rPr>
          <w:sz w:val="24"/>
          <w:szCs w:val="24"/>
        </w:rPr>
      </w:pPr>
    </w:p>
    <w:sectPr w:rsidR="003C2C8B" w:rsidRPr="00E91FC5" w:rsidSect="00DD09E0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4A5F5" w14:textId="77777777" w:rsidR="00EA1373" w:rsidRDefault="00EA1373">
      <w:pPr>
        <w:spacing w:after="0" w:line="240" w:lineRule="auto"/>
      </w:pPr>
      <w:r>
        <w:separator/>
      </w:r>
    </w:p>
  </w:endnote>
  <w:endnote w:type="continuationSeparator" w:id="0">
    <w:p w14:paraId="53AADD6F" w14:textId="77777777" w:rsidR="00EA1373" w:rsidRDefault="00EA1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CD0" w14:textId="77777777" w:rsidR="00BB33FD" w:rsidRDefault="00000000">
    <w:pPr>
      <w:pStyle w:val="Footer"/>
      <w:jc w:val="center"/>
    </w:pPr>
    <w:r>
      <w:rPr>
        <w:rFonts w:ascii="Times New Roman" w:hAnsi="Times New Roman"/>
        <w:color w:val="646464"/>
        <w:sz w:val="16"/>
      </w:rPr>
      <w:t xml:space="preserve">F_CU_02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FF5D4" w14:textId="77777777" w:rsidR="00EA1373" w:rsidRDefault="00EA1373">
      <w:pPr>
        <w:spacing w:after="0" w:line="240" w:lineRule="auto"/>
      </w:pPr>
      <w:r>
        <w:separator/>
      </w:r>
    </w:p>
  </w:footnote>
  <w:footnote w:type="continuationSeparator" w:id="0">
    <w:p w14:paraId="05F0AFDC" w14:textId="77777777" w:rsidR="00EA1373" w:rsidRDefault="00EA13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0468243">
    <w:abstractNumId w:val="8"/>
  </w:num>
  <w:num w:numId="2" w16cid:durableId="368771273">
    <w:abstractNumId w:val="6"/>
  </w:num>
  <w:num w:numId="3" w16cid:durableId="1924876395">
    <w:abstractNumId w:val="5"/>
  </w:num>
  <w:num w:numId="4" w16cid:durableId="1104182859">
    <w:abstractNumId w:val="4"/>
  </w:num>
  <w:num w:numId="5" w16cid:durableId="76102146">
    <w:abstractNumId w:val="7"/>
  </w:num>
  <w:num w:numId="6" w16cid:durableId="1153596853">
    <w:abstractNumId w:val="3"/>
  </w:num>
  <w:num w:numId="7" w16cid:durableId="406617010">
    <w:abstractNumId w:val="2"/>
  </w:num>
  <w:num w:numId="8" w16cid:durableId="421486489">
    <w:abstractNumId w:val="1"/>
  </w:num>
  <w:num w:numId="9" w16cid:durableId="1038972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48B"/>
    <w:rsid w:val="0006063C"/>
    <w:rsid w:val="0015074B"/>
    <w:rsid w:val="00200FFD"/>
    <w:rsid w:val="0029639D"/>
    <w:rsid w:val="0031126D"/>
    <w:rsid w:val="00326F90"/>
    <w:rsid w:val="003C2C8B"/>
    <w:rsid w:val="003C4638"/>
    <w:rsid w:val="00423C4E"/>
    <w:rsid w:val="005071CA"/>
    <w:rsid w:val="00595F37"/>
    <w:rsid w:val="00960E24"/>
    <w:rsid w:val="009C4226"/>
    <w:rsid w:val="00AA1D8D"/>
    <w:rsid w:val="00B47730"/>
    <w:rsid w:val="00BB3121"/>
    <w:rsid w:val="00BB33FD"/>
    <w:rsid w:val="00CB0664"/>
    <w:rsid w:val="00DD09E0"/>
    <w:rsid w:val="00E91FC5"/>
    <w:rsid w:val="00EA13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D91936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2026-09-08T07:40:00Z</dcterms:created>
  <dcterms:modified xsi:type="dcterms:W3CDTF">2026-09-08T07:40:00Z</dcterms:modified>
  <cp:category/>
</cp:coreProperties>
</file>