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CD55F" w14:textId="61E8BD28" w:rsidR="00FA738D" w:rsidRPr="007844EA" w:rsidRDefault="00FA738D">
      <w:pPr>
        <w:spacing w:after="0" w:line="240" w:lineRule="auto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FA738D" w:rsidRPr="007844EA" w14:paraId="492D632C" w14:textId="77777777" w:rsidTr="00994596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8B23E67" w14:textId="0FCAA7A0" w:rsidR="00FA738D" w:rsidRPr="007844EA" w:rsidRDefault="00EC716E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648DBC4" wp14:editId="4FA53CE5">
                  <wp:simplePos x="0" y="0"/>
                  <wp:positionH relativeFrom="column">
                    <wp:posOffset>312420</wp:posOffset>
                  </wp:positionH>
                  <wp:positionV relativeFrom="paragraph">
                    <wp:posOffset>187960</wp:posOffset>
                  </wp:positionV>
                  <wp:extent cx="742950" cy="928370"/>
                  <wp:effectExtent l="0" t="0" r="0" b="5080"/>
                  <wp:wrapThrough wrapText="bothSides">
                    <wp:wrapPolygon edited="0">
                      <wp:start x="0" y="0"/>
                      <wp:lineTo x="0" y="21275"/>
                      <wp:lineTo x="21046" y="21275"/>
                      <wp:lineTo x="21046" y="0"/>
                      <wp:lineTo x="0" y="0"/>
                    </wp:wrapPolygon>
                  </wp:wrapThrough>
                  <wp:docPr id="44907222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9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910EBA7" w14:textId="68A1D241" w:rsidR="00FA738D" w:rsidRPr="007844EA" w:rsidRDefault="00000000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="00586C7B"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="00586C7B"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proofErr w:type="spellEnd"/>
          </w:p>
        </w:tc>
      </w:tr>
      <w:tr w:rsidR="00FA738D" w:rsidRPr="007844EA" w14:paraId="2FB829BB" w14:textId="77777777" w:rsidTr="00994596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6D427256" w14:textId="77777777" w:rsidR="00FA738D" w:rsidRPr="007844EA" w:rsidRDefault="00FA738D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92947E7" w14:textId="39E68D40" w:rsidR="00FA738D" w:rsidRPr="007844EA" w:rsidRDefault="007A05DB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Primăria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Comunei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Brădești</w:t>
            </w:r>
            <w:proofErr w:type="spellEnd"/>
          </w:p>
        </w:tc>
      </w:tr>
      <w:tr w:rsidR="00FA738D" w:rsidRPr="007844EA" w14:paraId="7C05DFD5" w14:textId="77777777" w:rsidTr="00994596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4725C958" w14:textId="77777777" w:rsidR="00FA738D" w:rsidRPr="007844EA" w:rsidRDefault="00FA738D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6F219E9" w14:textId="77777777" w:rsidR="00FA738D" w:rsidRPr="007844EA" w:rsidRDefault="00000000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de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identificare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fiscală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(CIF)</w:t>
            </w:r>
          </w:p>
          <w:p w14:paraId="0FAA09B7" w14:textId="6813A48D" w:rsidR="00586C7B" w:rsidRPr="007844EA" w:rsidRDefault="00586C7B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4</w:t>
            </w:r>
            <w:r w:rsidR="007A05DB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367906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E43F196" w14:textId="54A3B601" w:rsidR="00586C7B" w:rsidRPr="007844EA" w:rsidRDefault="00000000" w:rsidP="00586C7B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Adresa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</w:t>
            </w:r>
            <w:proofErr w:type="spellEnd"/>
            <w:r w:rsidR="00CA4095"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</w:t>
            </w:r>
            <w:proofErr w:type="gramEnd"/>
            <w:r w:rsidR="00CA4095"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</w:p>
          <w:p w14:paraId="2F97CC34" w14:textId="29749A84" w:rsidR="00586C7B" w:rsidRDefault="007A05DB" w:rsidP="00586C7B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țul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 xml:space="preserve"> Harghita, Comuna Brădești, 537025</w:t>
            </w:r>
          </w:p>
          <w:p w14:paraId="7C2ADABA" w14:textId="35ADEC0E" w:rsidR="007A05DB" w:rsidRPr="007A05DB" w:rsidRDefault="007A05DB" w:rsidP="00586C7B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 xml:space="preserve">Satul Brădești, strada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Pet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őfi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 xml:space="preserve"> Sándor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nr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. 14</w:t>
            </w:r>
          </w:p>
          <w:p w14:paraId="6D81B005" w14:textId="087D2E33" w:rsidR="00586C7B" w:rsidRPr="007844EA" w:rsidRDefault="00586C7B" w:rsidP="00586C7B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ab/>
              <w:t>Tel:</w:t>
            </w:r>
            <w:r w:rsidR="007A05DB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0366401821</w:t>
            </w:r>
          </w:p>
          <w:p w14:paraId="094375AB" w14:textId="0A6EB3E9" w:rsidR="00FA738D" w:rsidRPr="007A05DB" w:rsidRDefault="00586C7B" w:rsidP="00586C7B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E-mail: </w:t>
            </w:r>
            <w:r w:rsidR="007A05DB"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bradesti@hr.e-adm.ro</w:t>
            </w:r>
          </w:p>
        </w:tc>
      </w:tr>
      <w:tr w:rsidR="00FA738D" w:rsidRPr="007844EA" w14:paraId="537E9FF5" w14:textId="77777777" w:rsidTr="00994596">
        <w:trPr>
          <w:trHeight w:val="124"/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0868EFDC" w14:textId="77777777" w:rsidR="00FA738D" w:rsidRPr="007844EA" w:rsidRDefault="00FA738D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CC6799A" w14:textId="4BFCD0E9" w:rsidR="00FA738D" w:rsidRPr="007844EA" w:rsidRDefault="00000000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</w:t>
            </w:r>
            <w:r w:rsidR="00600A49"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umă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înreg</w:t>
            </w:r>
            <w:r w:rsidR="00600A49"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533E901" w14:textId="7C1DA169" w:rsidR="00FA738D" w:rsidRPr="007844EA" w:rsidRDefault="00600A4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FA738D" w:rsidRPr="007844EA" w14:paraId="02C6B25C" w14:textId="77777777" w:rsidTr="00994596">
        <w:trPr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BCB569E" w14:textId="77777777" w:rsidR="00FA738D" w:rsidRPr="007844EA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se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completează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de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autoritate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— solicitantul nu scrie în această zonă</w:t>
            </w:r>
          </w:p>
        </w:tc>
      </w:tr>
    </w:tbl>
    <w:p w14:paraId="1BB5276D" w14:textId="77777777" w:rsidR="00FA738D" w:rsidRPr="00E331DE" w:rsidRDefault="00000000">
      <w:pPr>
        <w:spacing w:before="80" w:after="60" w:line="240" w:lineRule="auto"/>
        <w:jc w:val="center"/>
        <w:rPr>
          <w:sz w:val="28"/>
          <w:szCs w:val="28"/>
        </w:rPr>
      </w:pPr>
      <w:r w:rsidRPr="00E331DE">
        <w:rPr>
          <w:rFonts w:ascii="Times New Roman" w:hAnsi="Times New Roman"/>
          <w:b/>
          <w:sz w:val="32"/>
          <w:szCs w:val="28"/>
        </w:rPr>
        <w:t>CERERE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FA738D" w:rsidRPr="00E331DE" w14:paraId="5C4EE1B2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FB63654" w14:textId="77777777" w:rsidR="00FA738D" w:rsidRPr="00E331DE" w:rsidRDefault="00000000">
            <w:pPr>
              <w:spacing w:before="20"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sz w:val="20"/>
                <w:szCs w:val="28"/>
              </w:rPr>
              <w:t>1. CĂTRE</w:t>
            </w:r>
          </w:p>
        </w:tc>
      </w:tr>
      <w:tr w:rsidR="00FA738D" w:rsidRPr="00E331DE" w14:paraId="6E767A7C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112CABDF" w14:textId="77777777" w:rsidR="00FA738D" w:rsidRPr="00E331DE" w:rsidRDefault="00840F75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Instituția</w:t>
            </w:r>
            <w:proofErr w:type="spellEnd"/>
          </w:p>
          <w:p w14:paraId="593557CF" w14:textId="50A4C468" w:rsidR="00840F75" w:rsidRPr="00E331DE" w:rsidRDefault="007A05DB">
            <w:pPr>
              <w:spacing w:after="20" w:line="240" w:lineRule="auto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>Primăria</w:t>
            </w:r>
            <w:proofErr w:type="spellEnd"/>
            <w:r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>Comunei</w:t>
            </w:r>
            <w:proofErr w:type="spellEnd"/>
            <w:r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>Brădești</w:t>
            </w:r>
            <w:proofErr w:type="spellEnd"/>
          </w:p>
        </w:tc>
      </w:tr>
      <w:tr w:rsidR="00FA738D" w:rsidRPr="00E331DE" w14:paraId="5E103C11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245E287" w14:textId="1096B4C9" w:rsidR="00FA738D" w:rsidRPr="00E331DE" w:rsidRDefault="00840F75">
            <w:pPr>
              <w:spacing w:after="20" w:line="240" w:lineRule="auto"/>
              <w:rPr>
                <w:sz w:val="28"/>
                <w:szCs w:val="28"/>
              </w:rPr>
            </w:pPr>
            <w:proofErr w:type="spellStart"/>
            <w:r w:rsidRPr="00E331DE">
              <w:rPr>
                <w:rFonts w:ascii="Times New Roman" w:hAnsi="Times New Roman"/>
                <w:i/>
                <w:sz w:val="18"/>
                <w:szCs w:val="28"/>
              </w:rPr>
              <w:t>Către</w:t>
            </w:r>
            <w:proofErr w:type="spellEnd"/>
            <w:r w:rsidR="007A05DB">
              <w:rPr>
                <w:rFonts w:ascii="Times New Roman" w:hAnsi="Times New Roman"/>
                <w:i/>
                <w:sz w:val="18"/>
                <w:szCs w:val="28"/>
              </w:rPr>
              <w:t xml:space="preserve"> </w:t>
            </w:r>
            <w:proofErr w:type="spellStart"/>
            <w:r w:rsidR="007A05DB">
              <w:rPr>
                <w:rFonts w:ascii="Times New Roman" w:hAnsi="Times New Roman"/>
                <w:i/>
                <w:sz w:val="18"/>
                <w:szCs w:val="28"/>
              </w:rPr>
              <w:t>Primarul</w:t>
            </w:r>
            <w:proofErr w:type="spellEnd"/>
            <w:r w:rsidR="007A05DB">
              <w:rPr>
                <w:rFonts w:ascii="Times New Roman" w:hAnsi="Times New Roman"/>
                <w:i/>
                <w:sz w:val="18"/>
                <w:szCs w:val="28"/>
              </w:rPr>
              <w:t xml:space="preserve"> </w:t>
            </w:r>
            <w:proofErr w:type="spellStart"/>
            <w:r w:rsidR="007A05DB">
              <w:rPr>
                <w:rFonts w:ascii="Times New Roman" w:hAnsi="Times New Roman"/>
                <w:i/>
                <w:sz w:val="18"/>
                <w:szCs w:val="28"/>
              </w:rPr>
              <w:t>Comunei</w:t>
            </w:r>
            <w:proofErr w:type="spellEnd"/>
            <w:r w:rsidR="007A05DB">
              <w:rPr>
                <w:rFonts w:ascii="Times New Roman" w:hAnsi="Times New Roman"/>
                <w:i/>
                <w:sz w:val="18"/>
                <w:szCs w:val="28"/>
              </w:rPr>
              <w:t xml:space="preserve"> </w:t>
            </w:r>
            <w:proofErr w:type="spellStart"/>
            <w:r w:rsidR="007A05DB">
              <w:rPr>
                <w:rFonts w:ascii="Times New Roman" w:hAnsi="Times New Roman"/>
                <w:i/>
                <w:sz w:val="18"/>
                <w:szCs w:val="28"/>
              </w:rPr>
              <w:t>Brădești</w:t>
            </w:r>
            <w:proofErr w:type="spellEnd"/>
          </w:p>
        </w:tc>
      </w:tr>
    </w:tbl>
    <w:p w14:paraId="2FDD4F03" w14:textId="77777777" w:rsidR="00FA738D" w:rsidRPr="00E331DE" w:rsidRDefault="00FA738D">
      <w:pPr>
        <w:spacing w:before="40" w:after="0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1800"/>
        <w:gridCol w:w="900"/>
        <w:gridCol w:w="900"/>
        <w:gridCol w:w="900"/>
        <w:gridCol w:w="900"/>
        <w:gridCol w:w="900"/>
        <w:gridCol w:w="900"/>
        <w:gridCol w:w="1800"/>
      </w:tblGrid>
      <w:tr w:rsidR="00FA738D" w:rsidRPr="00E331DE" w14:paraId="51DBD9B3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82D0313" w14:textId="77777777" w:rsidR="00FA738D" w:rsidRPr="00E331DE" w:rsidRDefault="00000000">
            <w:pPr>
              <w:spacing w:before="20"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sz w:val="20"/>
                <w:szCs w:val="28"/>
              </w:rPr>
              <w:t>2. SOLICITANTUL</w:t>
            </w:r>
          </w:p>
        </w:tc>
      </w:tr>
      <w:tr w:rsidR="00FA738D" w:rsidRPr="00E331DE" w14:paraId="132D57A7" w14:textId="77777777">
        <w:trPr>
          <w:jc w:val="center"/>
        </w:trPr>
        <w:tc>
          <w:tcPr>
            <w:tcW w:w="72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A3B9425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Nume și prenume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AAF53C3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CNP</w:t>
            </w:r>
          </w:p>
        </w:tc>
      </w:tr>
      <w:tr w:rsidR="00FA738D" w:rsidRPr="00E331DE" w14:paraId="04C3C0C3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D886627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color w:val="000000"/>
                <w:sz w:val="18"/>
                <w:szCs w:val="28"/>
              </w:rPr>
              <w:t>Act de identitate</w:t>
            </w:r>
          </w:p>
        </w:tc>
      </w:tr>
      <w:tr w:rsidR="00FA738D" w:rsidRPr="00E331DE" w14:paraId="5EF0CBEB" w14:textId="77777777">
        <w:trPr>
          <w:jc w:val="center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4C69D1A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Seria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285EB5A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Numărul</w:t>
            </w:r>
          </w:p>
        </w:tc>
        <w:tc>
          <w:tcPr>
            <w:tcW w:w="45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6A2ADAA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Eliberat de</w:t>
            </w:r>
          </w:p>
        </w:tc>
        <w:tc>
          <w:tcPr>
            <w:tcW w:w="27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9ED4805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La data</w:t>
            </w:r>
          </w:p>
        </w:tc>
      </w:tr>
      <w:tr w:rsidR="00FA738D" w:rsidRPr="00E331DE" w14:paraId="67DC4CCC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6CBE9FC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color w:val="000000"/>
                <w:sz w:val="18"/>
                <w:szCs w:val="28"/>
              </w:rPr>
              <w:t>Domiciliul</w:t>
            </w:r>
          </w:p>
        </w:tc>
      </w:tr>
      <w:tr w:rsidR="00FA738D" w:rsidRPr="00E331DE" w14:paraId="691146CF" w14:textId="77777777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97B2FAA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Județul</w:t>
            </w:r>
          </w:p>
        </w:tc>
        <w:tc>
          <w:tcPr>
            <w:tcW w:w="36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5E04268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Municipiul / orașul / comuna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7606BB9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Satul / sectorul</w:t>
            </w:r>
          </w:p>
        </w:tc>
      </w:tr>
      <w:tr w:rsidR="00FA738D" w:rsidRPr="00E331DE" w14:paraId="71A883FE" w14:textId="77777777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6D672A7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Strada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BF94961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Nr.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58110D7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Sc.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36FD2A8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Et.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3F16CF8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Ap.</w:t>
            </w: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FEE3C2F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Cod poștal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187CBF7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Țara</w:t>
            </w:r>
          </w:p>
        </w:tc>
      </w:tr>
      <w:tr w:rsidR="00FA738D" w:rsidRPr="00E331DE" w14:paraId="6F859984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8DC8921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color w:val="000000"/>
                <w:sz w:val="18"/>
                <w:szCs w:val="28"/>
              </w:rPr>
              <w:t>Date de contact</w:t>
            </w:r>
          </w:p>
        </w:tc>
      </w:tr>
      <w:tr w:rsidR="00FA738D" w:rsidRPr="00E331DE" w14:paraId="2A44C714" w14:textId="77777777">
        <w:trPr>
          <w:jc w:val="center"/>
        </w:trPr>
        <w:tc>
          <w:tcPr>
            <w:tcW w:w="54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35F57AF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Telefon / fax</w:t>
            </w:r>
          </w:p>
        </w:tc>
        <w:tc>
          <w:tcPr>
            <w:tcW w:w="54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BB3C2CC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E-mail</w:t>
            </w:r>
          </w:p>
        </w:tc>
      </w:tr>
      <w:tr w:rsidR="00FA738D" w:rsidRPr="00E331DE" w14:paraId="39AC14B7" w14:textId="77777777">
        <w:trPr>
          <w:jc w:val="center"/>
        </w:trPr>
        <w:tc>
          <w:tcPr>
            <w:tcW w:w="10800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B96223C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color w:val="000000"/>
                <w:sz w:val="18"/>
                <w:szCs w:val="28"/>
              </w:rPr>
              <w:t>Reprezentare</w:t>
            </w:r>
          </w:p>
        </w:tc>
      </w:tr>
      <w:tr w:rsidR="00FA738D" w:rsidRPr="00E331DE" w14:paraId="11999D85" w14:textId="77777777">
        <w:trPr>
          <w:jc w:val="center"/>
        </w:trPr>
        <w:tc>
          <w:tcPr>
            <w:tcW w:w="72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9A37DCF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În calitate de reprezentant al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01E330F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CUI / CIF</w:t>
            </w:r>
          </w:p>
        </w:tc>
      </w:tr>
    </w:tbl>
    <w:p w14:paraId="4D3CAD57" w14:textId="77777777" w:rsidR="00FA738D" w:rsidRPr="00E331DE" w:rsidRDefault="00000000">
      <w:pPr>
        <w:spacing w:before="80" w:after="60" w:line="240" w:lineRule="auto"/>
        <w:jc w:val="center"/>
        <w:rPr>
          <w:sz w:val="28"/>
          <w:szCs w:val="28"/>
        </w:rPr>
      </w:pPr>
      <w:r w:rsidRPr="00E331DE">
        <w:rPr>
          <w:rFonts w:ascii="Times New Roman" w:hAnsi="Times New Roman"/>
          <w:sz w:val="20"/>
          <w:szCs w:val="28"/>
        </w:rPr>
        <w:t>în conformitate cu prevederile Legii nr. 169/2026 privind Codul amenajării teritoriului, urbanismului și construcțiilor,</w:t>
      </w:r>
      <w:r w:rsidRPr="00E331DE">
        <w:rPr>
          <w:rFonts w:ascii="Times New Roman" w:hAnsi="Times New Roman"/>
          <w:sz w:val="20"/>
          <w:szCs w:val="28"/>
        </w:rPr>
        <w:br/>
        <w:t>solicit emiterea</w:t>
      </w:r>
      <w:r w:rsidRPr="00E331DE">
        <w:rPr>
          <w:rFonts w:ascii="Times New Roman" w:hAnsi="Times New Roman"/>
          <w:sz w:val="20"/>
          <w:szCs w:val="28"/>
        </w:rPr>
        <w:br/>
      </w:r>
      <w:r w:rsidRPr="00E331DE">
        <w:rPr>
          <w:rFonts w:ascii="Times New Roman" w:hAnsi="Times New Roman"/>
          <w:b/>
          <w:sz w:val="24"/>
          <w:szCs w:val="28"/>
        </w:rPr>
        <w:t>CERTIFICATULUI DE URBANISM DE INFORMARE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900"/>
        <w:gridCol w:w="2700"/>
        <w:gridCol w:w="900"/>
        <w:gridCol w:w="1800"/>
        <w:gridCol w:w="1800"/>
      </w:tblGrid>
      <w:tr w:rsidR="00FA738D" w:rsidRPr="00E331DE" w14:paraId="4E5D958B" w14:textId="77777777">
        <w:trPr>
          <w:jc w:val="center"/>
        </w:trPr>
        <w:tc>
          <w:tcPr>
            <w:tcW w:w="108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BD2BB06" w14:textId="77777777" w:rsidR="00FA738D" w:rsidRPr="00E331DE" w:rsidRDefault="00000000">
            <w:pPr>
              <w:spacing w:before="20"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sz w:val="20"/>
                <w:szCs w:val="28"/>
              </w:rPr>
              <w:t>3. IMOBILUL</w:t>
            </w:r>
          </w:p>
        </w:tc>
      </w:tr>
      <w:tr w:rsidR="00FA738D" w:rsidRPr="00E331DE" w14:paraId="3FD005F9" w14:textId="77777777">
        <w:trPr>
          <w:jc w:val="center"/>
        </w:trPr>
        <w:tc>
          <w:tcPr>
            <w:tcW w:w="108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73ED075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sz w:val="20"/>
                <w:szCs w:val="28"/>
              </w:rPr>
              <w:t>☐ teren     ☐ construcții</w:t>
            </w:r>
          </w:p>
        </w:tc>
      </w:tr>
      <w:tr w:rsidR="00FA738D" w:rsidRPr="00E331DE" w14:paraId="66834B6B" w14:textId="77777777">
        <w:trPr>
          <w:jc w:val="center"/>
        </w:trPr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A8209D5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Județ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9C00B31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Municipiu / oraș / comună</w:t>
            </w:r>
          </w:p>
        </w:tc>
        <w:tc>
          <w:tcPr>
            <w:tcW w:w="3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77A3656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Sat / sector</w:t>
            </w:r>
          </w:p>
        </w:tc>
      </w:tr>
      <w:tr w:rsidR="00FA738D" w:rsidRPr="00E331DE" w14:paraId="5DA41400" w14:textId="77777777">
        <w:trPr>
          <w:jc w:val="center"/>
        </w:trPr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5F14154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Cod poștal</w:t>
            </w:r>
          </w:p>
        </w:tc>
        <w:tc>
          <w:tcPr>
            <w:tcW w:w="45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3641E37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Strada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2E7F0A2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Nr.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70749B9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Bl. / sc. / et. / ap.</w:t>
            </w:r>
          </w:p>
        </w:tc>
      </w:tr>
      <w:tr w:rsidR="00FA738D" w:rsidRPr="00E331DE" w14:paraId="6B85F433" w14:textId="77777777">
        <w:trPr>
          <w:jc w:val="center"/>
        </w:trPr>
        <w:tc>
          <w:tcPr>
            <w:tcW w:w="108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AA01D03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Suprafața terenului (m²)</w:t>
            </w:r>
          </w:p>
        </w:tc>
      </w:tr>
      <w:tr w:rsidR="00FA738D" w:rsidRPr="00E331DE" w14:paraId="1CCE34EE" w14:textId="77777777">
        <w:trPr>
          <w:jc w:val="center"/>
        </w:trPr>
        <w:tc>
          <w:tcPr>
            <w:tcW w:w="63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CF628F7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Număr cadastral</w:t>
            </w: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br/>
            </w:r>
            <w:r w:rsidRPr="00E331DE"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>dacă imobilul e înscris în e-Terra</w:t>
            </w:r>
          </w:p>
        </w:tc>
        <w:tc>
          <w:tcPr>
            <w:tcW w:w="45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A8E3683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Carte funciară nr.</w:t>
            </w:r>
          </w:p>
        </w:tc>
      </w:tr>
      <w:tr w:rsidR="00FA738D" w:rsidRPr="00E331DE" w14:paraId="5270881D" w14:textId="77777777">
        <w:trPr>
          <w:jc w:val="center"/>
        </w:trPr>
        <w:tc>
          <w:tcPr>
            <w:tcW w:w="108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DD1532C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sz w:val="20"/>
                <w:szCs w:val="28"/>
              </w:rPr>
              <w:t>☐  extras de carte funciară actualizat, anexat</w:t>
            </w:r>
          </w:p>
        </w:tc>
      </w:tr>
      <w:tr w:rsidR="00FA738D" w:rsidRPr="00E331DE" w14:paraId="462713ED" w14:textId="77777777">
        <w:trPr>
          <w:jc w:val="center"/>
        </w:trPr>
        <w:tc>
          <w:tcPr>
            <w:tcW w:w="10800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222A52A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sz w:val="20"/>
                <w:szCs w:val="28"/>
              </w:rPr>
              <w:t>☐  plan de încadrare în zonă în sistem Stereo 70, anexat eliberat, la cerere, de către Agenția Națională de Cadastru și Publicitate Imobiliară</w:t>
            </w:r>
          </w:p>
        </w:tc>
      </w:tr>
    </w:tbl>
    <w:p w14:paraId="64343281" w14:textId="77777777" w:rsidR="00FA738D" w:rsidRPr="00E331DE" w:rsidRDefault="00FA738D">
      <w:pPr>
        <w:spacing w:before="40" w:after="0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FA738D" w:rsidRPr="00E331DE" w14:paraId="412A1C35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41825CAC" w14:textId="77777777" w:rsidR="00FA738D" w:rsidRPr="00E331DE" w:rsidRDefault="00000000">
            <w:pPr>
              <w:spacing w:before="20"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sz w:val="20"/>
                <w:szCs w:val="28"/>
              </w:rPr>
              <w:t>4. COMUNICAREA RĂSPUNSULUI</w:t>
            </w:r>
          </w:p>
        </w:tc>
      </w:tr>
      <w:tr w:rsidR="00FA738D" w:rsidRPr="00E331DE" w14:paraId="2E2E31DD" w14:textId="77777777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07890269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sz w:val="20"/>
                <w:szCs w:val="28"/>
              </w:rPr>
              <w:t>☐ în format scris, prin poștă     ☐ în format digital, la adresa de e-mail indicată     ☐ ridicare de la sediul autorității</w:t>
            </w:r>
          </w:p>
        </w:tc>
      </w:tr>
    </w:tbl>
    <w:p w14:paraId="3D3BBC35" w14:textId="77777777" w:rsidR="00FA738D" w:rsidRPr="00E331DE" w:rsidRDefault="00FA738D">
      <w:pPr>
        <w:spacing w:before="40" w:after="0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FA738D" w:rsidRPr="00E331DE" w14:paraId="7A6FBA02" w14:textId="77777777">
        <w:trPr>
          <w:jc w:val="center"/>
        </w:trPr>
        <w:tc>
          <w:tcPr>
            <w:tcW w:w="108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37B01DB0" w14:textId="77777777" w:rsidR="00FA738D" w:rsidRPr="00E331DE" w:rsidRDefault="00000000">
            <w:pPr>
              <w:spacing w:before="20"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sz w:val="20"/>
                <w:szCs w:val="28"/>
              </w:rPr>
              <w:t>5. DATA ȘI SEMNĂTURA</w:t>
            </w:r>
          </w:p>
        </w:tc>
      </w:tr>
      <w:tr w:rsidR="00FA738D" w:rsidRPr="00E331DE" w14:paraId="58145FE1" w14:textId="77777777">
        <w:trPr>
          <w:jc w:val="center"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2B3FCD19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Data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49AC00FD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Solicitantul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40" w:type="dxa"/>
              <w:bottom w:w="30" w:type="dxa"/>
              <w:right w:w="40" w:type="dxa"/>
            </w:tcMar>
          </w:tcPr>
          <w:p w14:paraId="66AEB9A2" w14:textId="77777777" w:rsidR="00FA738D" w:rsidRPr="00E331DE" w:rsidRDefault="00000000">
            <w:pPr>
              <w:spacing w:after="20" w:line="240" w:lineRule="auto"/>
              <w:rPr>
                <w:sz w:val="28"/>
                <w:szCs w:val="28"/>
              </w:rPr>
            </w:pPr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Semnătura</w:t>
            </w:r>
          </w:p>
        </w:tc>
      </w:tr>
    </w:tbl>
    <w:p w14:paraId="20AF2763" w14:textId="77777777" w:rsidR="00C450B8" w:rsidRDefault="00C450B8">
      <w:pPr>
        <w:rPr>
          <w:sz w:val="24"/>
          <w:szCs w:val="24"/>
        </w:rPr>
      </w:pPr>
    </w:p>
    <w:p w14:paraId="29F74EF2" w14:textId="0F9C5A95" w:rsidR="00585DFB" w:rsidRPr="00585DFB" w:rsidRDefault="00585DFB" w:rsidP="00585DFB">
      <w:pPr>
        <w:tabs>
          <w:tab w:val="left" w:pos="782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585DFB" w:rsidRPr="00585DFB" w:rsidSect="00585DFB">
      <w:headerReference w:type="default" r:id="rId9"/>
      <w:footerReference w:type="default" r:id="rId10"/>
      <w:pgSz w:w="11906" w:h="16838" w:code="9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A2E56" w14:textId="77777777" w:rsidR="00960426" w:rsidRDefault="00960426">
      <w:pPr>
        <w:spacing w:after="0" w:line="240" w:lineRule="auto"/>
      </w:pPr>
      <w:r>
        <w:separator/>
      </w:r>
    </w:p>
  </w:endnote>
  <w:endnote w:type="continuationSeparator" w:id="0">
    <w:p w14:paraId="395707DF" w14:textId="77777777" w:rsidR="00960426" w:rsidRDefault="00960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F1A64" w14:textId="2EE7EC9C" w:rsidR="00FA738D" w:rsidRDefault="00FA738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3994D" w14:textId="77777777" w:rsidR="00960426" w:rsidRDefault="00960426">
      <w:pPr>
        <w:spacing w:after="0" w:line="240" w:lineRule="auto"/>
      </w:pPr>
      <w:r>
        <w:separator/>
      </w:r>
    </w:p>
  </w:footnote>
  <w:footnote w:type="continuationSeparator" w:id="0">
    <w:p w14:paraId="566DDB2F" w14:textId="77777777" w:rsidR="00960426" w:rsidRDefault="00960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45373" w14:textId="55AF9A39" w:rsidR="00FA738D" w:rsidRDefault="00FA738D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4734535">
    <w:abstractNumId w:val="8"/>
  </w:num>
  <w:num w:numId="2" w16cid:durableId="953244979">
    <w:abstractNumId w:val="6"/>
  </w:num>
  <w:num w:numId="3" w16cid:durableId="2115707950">
    <w:abstractNumId w:val="5"/>
  </w:num>
  <w:num w:numId="4" w16cid:durableId="1319379013">
    <w:abstractNumId w:val="4"/>
  </w:num>
  <w:num w:numId="5" w16cid:durableId="1516455038">
    <w:abstractNumId w:val="7"/>
  </w:num>
  <w:num w:numId="6" w16cid:durableId="1909336764">
    <w:abstractNumId w:val="3"/>
  </w:num>
  <w:num w:numId="7" w16cid:durableId="1086732865">
    <w:abstractNumId w:val="2"/>
  </w:num>
  <w:num w:numId="8" w16cid:durableId="1749116453">
    <w:abstractNumId w:val="1"/>
  </w:num>
  <w:num w:numId="9" w16cid:durableId="891960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0FFD"/>
    <w:rsid w:val="0029639D"/>
    <w:rsid w:val="002E0F86"/>
    <w:rsid w:val="00326F90"/>
    <w:rsid w:val="00397F44"/>
    <w:rsid w:val="003E39F2"/>
    <w:rsid w:val="003E462E"/>
    <w:rsid w:val="0046527A"/>
    <w:rsid w:val="004B6FF7"/>
    <w:rsid w:val="00546320"/>
    <w:rsid w:val="00585DFB"/>
    <w:rsid w:val="00586C7B"/>
    <w:rsid w:val="00600A49"/>
    <w:rsid w:val="006F39D8"/>
    <w:rsid w:val="007234AD"/>
    <w:rsid w:val="007844EA"/>
    <w:rsid w:val="007A05DB"/>
    <w:rsid w:val="00840F75"/>
    <w:rsid w:val="00954082"/>
    <w:rsid w:val="00960426"/>
    <w:rsid w:val="009619DE"/>
    <w:rsid w:val="00994596"/>
    <w:rsid w:val="00AA1D8D"/>
    <w:rsid w:val="00AA4126"/>
    <w:rsid w:val="00B376A2"/>
    <w:rsid w:val="00B47730"/>
    <w:rsid w:val="00B61854"/>
    <w:rsid w:val="00BB3121"/>
    <w:rsid w:val="00BC56FD"/>
    <w:rsid w:val="00C450B8"/>
    <w:rsid w:val="00CA4095"/>
    <w:rsid w:val="00CB0664"/>
    <w:rsid w:val="00CC6509"/>
    <w:rsid w:val="00E331DE"/>
    <w:rsid w:val="00EC716E"/>
    <w:rsid w:val="00FA738D"/>
    <w:rsid w:val="00FB37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8CEB52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2</cp:revision>
  <cp:lastPrinted>2026-08-27T09:48:00Z</cp:lastPrinted>
  <dcterms:created xsi:type="dcterms:W3CDTF">2026-09-08T07:39:00Z</dcterms:created>
  <dcterms:modified xsi:type="dcterms:W3CDTF">2026-09-08T07:39:00Z</dcterms:modified>
  <cp:category/>
</cp:coreProperties>
</file>