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A35EB4" w:rsidRPr="007844EA" w14:paraId="6C898F04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BBBF753" w14:textId="341D529B" w:rsidR="00A35EB4" w:rsidRPr="007844EA" w:rsidRDefault="0026466B" w:rsidP="005A67B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3F6CC80" wp14:editId="4774E814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185420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50C1B8B" w14:textId="77777777" w:rsidR="00A35EB4" w:rsidRPr="007844EA" w:rsidRDefault="00A35EB4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A35EB4" w:rsidRPr="007844EA" w14:paraId="2D4D17F8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4407F77" w14:textId="77777777" w:rsidR="00A35EB4" w:rsidRPr="007844EA" w:rsidRDefault="00A35EB4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966F18A" w14:textId="368F3BD4" w:rsidR="00A35EB4" w:rsidRPr="007844EA" w:rsidRDefault="00D15B71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A35EB4" w:rsidRPr="007844EA" w14:paraId="7063402D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19D60F6" w14:textId="77777777" w:rsidR="00A35EB4" w:rsidRPr="007844EA" w:rsidRDefault="00A35EB4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D9D6502" w14:textId="77777777" w:rsidR="00A35EB4" w:rsidRPr="007844EA" w:rsidRDefault="00A35EB4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6A38B493" w14:textId="27B7015E" w:rsidR="00A35EB4" w:rsidRPr="007844EA" w:rsidRDefault="00A35EB4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D15B7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6DCC145" w14:textId="77777777" w:rsidR="00D15B71" w:rsidRDefault="00A35EB4" w:rsidP="00D15B7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D15B7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 w:rsidR="00D15B71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 w:rsidR="00D15B71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0DEF78B1" w14:textId="77777777" w:rsidR="00D15B71" w:rsidRPr="007A05DB" w:rsidRDefault="00D15B71" w:rsidP="00D15B7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36F5E542" w14:textId="77777777" w:rsidR="00D15B71" w:rsidRPr="007844EA" w:rsidRDefault="00D15B71" w:rsidP="00D15B71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64140DD3" w14:textId="1268EF58" w:rsidR="00A35EB4" w:rsidRPr="007844EA" w:rsidRDefault="00D15B71" w:rsidP="00D15B71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A35EB4" w:rsidRPr="007844EA" w14:paraId="78AB20AB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AA1E719" w14:textId="77777777" w:rsidR="00A35EB4" w:rsidRPr="007844EA" w:rsidRDefault="00A35EB4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02B8187" w14:textId="77777777" w:rsidR="00A35EB4" w:rsidRPr="007844EA" w:rsidRDefault="00A35EB4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014CA8C" w14:textId="77777777" w:rsidR="00A35EB4" w:rsidRPr="007844EA" w:rsidRDefault="00A35EB4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A35EB4" w:rsidRPr="007844EA" w14:paraId="25540A90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81128B8" w14:textId="77777777" w:rsidR="00A35EB4" w:rsidRPr="007844EA" w:rsidRDefault="00A35EB4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13C95A06" w14:textId="7DE4D7EA" w:rsidR="00017265" w:rsidRPr="00A35EB4" w:rsidRDefault="00A35EB4" w:rsidP="00A35EB4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  <w:r w:rsidRPr="00A35EB4">
        <w:rPr>
          <w:rFonts w:ascii="Times New Roman" w:hAnsi="Times New Roman"/>
          <w:b/>
          <w:sz w:val="28"/>
          <w:szCs w:val="24"/>
        </w:rPr>
        <w:br/>
      </w:r>
      <w:r w:rsidRPr="00A35EB4">
        <w:rPr>
          <w:rFonts w:ascii="Times New Roman" w:hAnsi="Times New Roman"/>
          <w:sz w:val="20"/>
          <w:szCs w:val="24"/>
        </w:rPr>
        <w:t>pentru emiterea avizului primarului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49EEC25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E8F48F6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017265" w:rsidRPr="00A35EB4" w14:paraId="76D1AE9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7A317B7" w14:textId="0E100D3F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proofErr w:type="spellStart"/>
            <w:r w:rsidR="00D15B7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Primăria</w:t>
            </w:r>
            <w:proofErr w:type="spellEnd"/>
            <w:r w:rsidR="00D15B7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="00D15B7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Comunei</w:t>
            </w:r>
            <w:proofErr w:type="spellEnd"/>
            <w:r w:rsidR="00D15B7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="00D15B71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Brădești</w:t>
            </w:r>
            <w:proofErr w:type="spellEnd"/>
          </w:p>
        </w:tc>
      </w:tr>
      <w:tr w:rsidR="00017265" w:rsidRPr="00A35EB4" w14:paraId="1962F6F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236191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i/>
                <w:sz w:val="16"/>
                <w:szCs w:val="24"/>
              </w:rPr>
              <w:t>Cererea va fi transmisă către primarul general, primarul de sector sau primarul municipiului / orașului / comunei, după caz.</w:t>
            </w:r>
          </w:p>
        </w:tc>
      </w:tr>
    </w:tbl>
    <w:p w14:paraId="04A9C5F7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017265" w:rsidRPr="00A35EB4" w14:paraId="59A3188F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01C52DA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2. SOLICITANTUL — INSTITUȚIA ARHITECTULUI-ȘEF</w:t>
            </w:r>
          </w:p>
        </w:tc>
      </w:tr>
      <w:tr w:rsidR="00017265" w:rsidRPr="00A35EB4" w14:paraId="60F7F28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F21BF6" w14:textId="23DE42A6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A </w:t>
            </w: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județului</w:t>
            </w:r>
            <w:proofErr w:type="spellEnd"/>
            <w:r w:rsidR="00D15B7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/ </w:t>
            </w:r>
            <w:proofErr w:type="spellStart"/>
            <w:r w:rsidR="00D15B7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municipiului</w:t>
            </w:r>
            <w:proofErr w:type="spellEnd"/>
            <w:r w:rsidR="00D15B7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="00D15B71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București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32797D1" w14:textId="46806139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Reprezentată</w:t>
            </w:r>
            <w:proofErr w:type="spellEnd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prin</w:t>
            </w:r>
            <w:proofErr w:type="spellEnd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arhitect-șef</w:t>
            </w:r>
            <w:proofErr w:type="spellEnd"/>
            <w:r w:rsidR="00784BFC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</w:p>
        </w:tc>
      </w:tr>
    </w:tbl>
    <w:p w14:paraId="232041CC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495DE6A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788E24A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3. SITUAȚIA LEGALĂ APLICABILĂ DIN COD</w:t>
            </w:r>
          </w:p>
        </w:tc>
      </w:tr>
      <w:tr w:rsidR="00017265" w:rsidRPr="00A35EB4" w14:paraId="494F97B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2678B16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017265" w:rsidRPr="00A35EB4" w14:paraId="73D6D63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D7C47B0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017265" w:rsidRPr="00A35EB4" w14:paraId="7AD85A1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3E60847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59051D70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017265" w:rsidRPr="00A35EB4" w14:paraId="2C6B888A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473FE8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017265" w:rsidRPr="00A35EB4" w14:paraId="2AECC46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61E722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017265" w:rsidRPr="00A35EB4" w14:paraId="3D5D2391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36FD47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09F7B89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1532272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017265" w:rsidRPr="00A35EB4" w14:paraId="38C50C3E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92A3556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34CFEE8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BDBDBE0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C8F1929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017265" w:rsidRPr="00A35EB4" w14:paraId="33962A12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7371E6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A35EB4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9E57A6B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22D8CE28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7265" w:rsidRPr="00A35EB4" w14:paraId="56F7F65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7269914C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5. ANEXEZ PREZENTEI</w:t>
            </w:r>
          </w:p>
        </w:tc>
      </w:tr>
      <w:tr w:rsidR="00017265" w:rsidRPr="00A35EB4" w14:paraId="4F210C8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1B31B0A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sz w:val="18"/>
                <w:szCs w:val="24"/>
              </w:rPr>
              <w:t>☐ copie după Certificatul de urbanism, împreună cu planurile-anexă</w:t>
            </w:r>
          </w:p>
        </w:tc>
      </w:tr>
    </w:tbl>
    <w:p w14:paraId="41EA4BDF" w14:textId="77777777" w:rsidR="00017265" w:rsidRPr="00A35EB4" w:rsidRDefault="00017265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017265" w:rsidRPr="00A35EB4" w14:paraId="066E2AA2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46D76AA" w14:textId="77777777" w:rsidR="00017265" w:rsidRPr="00A35EB4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017265" w:rsidRPr="00A35EB4" w14:paraId="2B89FB2C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4B663848" w14:textId="77777777" w:rsidR="00017265" w:rsidRPr="00A35EB4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i/>
                <w:sz w:val="18"/>
                <w:szCs w:val="24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017265" w:rsidRPr="00A35EB4" w14:paraId="4ED561D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77598BB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25711E4B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Arhitectul-șef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7FA3ED59" w14:textId="77777777" w:rsidR="00017265" w:rsidRPr="00A35EB4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A35EB4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B16A41B" w14:textId="77777777" w:rsidR="00D57A25" w:rsidRPr="00A35EB4" w:rsidRDefault="00D57A25">
      <w:pPr>
        <w:rPr>
          <w:sz w:val="24"/>
          <w:szCs w:val="24"/>
        </w:rPr>
      </w:pPr>
    </w:p>
    <w:sectPr w:rsidR="00D57A25" w:rsidRPr="00A35EB4" w:rsidSect="00F02159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12FF2" w14:textId="77777777" w:rsidR="007C56F1" w:rsidRDefault="007C56F1">
      <w:pPr>
        <w:spacing w:after="0" w:line="240" w:lineRule="auto"/>
      </w:pPr>
      <w:r>
        <w:separator/>
      </w:r>
    </w:p>
  </w:endnote>
  <w:endnote w:type="continuationSeparator" w:id="0">
    <w:p w14:paraId="11539580" w14:textId="77777777" w:rsidR="007C56F1" w:rsidRDefault="007C5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3346" w14:textId="77777777" w:rsidR="00017265" w:rsidRDefault="00000000">
    <w:pPr>
      <w:pStyle w:val="Footer"/>
      <w:jc w:val="center"/>
    </w:pPr>
    <w:r>
      <w:rPr>
        <w:rFonts w:ascii="Times New Roman" w:hAnsi="Times New Roman"/>
        <w:color w:val="646464"/>
        <w:sz w:val="16"/>
      </w:rPr>
      <w:t xml:space="preserve">F_CU_05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5DE9C" w14:textId="77777777" w:rsidR="007C56F1" w:rsidRDefault="007C56F1">
      <w:pPr>
        <w:spacing w:after="0" w:line="240" w:lineRule="auto"/>
      </w:pPr>
      <w:r>
        <w:separator/>
      </w:r>
    </w:p>
  </w:footnote>
  <w:footnote w:type="continuationSeparator" w:id="0">
    <w:p w14:paraId="786978F7" w14:textId="77777777" w:rsidR="007C56F1" w:rsidRDefault="007C5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7C7E3" w14:textId="2238F391" w:rsidR="00017265" w:rsidRDefault="0001726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5178084">
    <w:abstractNumId w:val="8"/>
  </w:num>
  <w:num w:numId="2" w16cid:durableId="726563080">
    <w:abstractNumId w:val="6"/>
  </w:num>
  <w:num w:numId="3" w16cid:durableId="1281719884">
    <w:abstractNumId w:val="5"/>
  </w:num>
  <w:num w:numId="4" w16cid:durableId="1122043017">
    <w:abstractNumId w:val="4"/>
  </w:num>
  <w:num w:numId="5" w16cid:durableId="1365669145">
    <w:abstractNumId w:val="7"/>
  </w:num>
  <w:num w:numId="6" w16cid:durableId="1664888880">
    <w:abstractNumId w:val="3"/>
  </w:num>
  <w:num w:numId="7" w16cid:durableId="1831172676">
    <w:abstractNumId w:val="2"/>
  </w:num>
  <w:num w:numId="8" w16cid:durableId="1894609929">
    <w:abstractNumId w:val="1"/>
  </w:num>
  <w:num w:numId="9" w16cid:durableId="3955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265"/>
    <w:rsid w:val="00034616"/>
    <w:rsid w:val="0006063C"/>
    <w:rsid w:val="0015074B"/>
    <w:rsid w:val="00200FFD"/>
    <w:rsid w:val="0026466B"/>
    <w:rsid w:val="0029639D"/>
    <w:rsid w:val="002E5931"/>
    <w:rsid w:val="00326F90"/>
    <w:rsid w:val="00422510"/>
    <w:rsid w:val="00784BFC"/>
    <w:rsid w:val="007C56F1"/>
    <w:rsid w:val="00937389"/>
    <w:rsid w:val="00A35EB4"/>
    <w:rsid w:val="00AA1D8D"/>
    <w:rsid w:val="00B47730"/>
    <w:rsid w:val="00C33762"/>
    <w:rsid w:val="00CB0664"/>
    <w:rsid w:val="00D15B71"/>
    <w:rsid w:val="00D57A25"/>
    <w:rsid w:val="00E16AF5"/>
    <w:rsid w:val="00F02159"/>
    <w:rsid w:val="00FC693F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DAB6B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2026-09-08T07:48:00Z</dcterms:created>
  <dcterms:modified xsi:type="dcterms:W3CDTF">2026-09-08T07:48:00Z</dcterms:modified>
  <cp:category/>
</cp:coreProperties>
</file>