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60"/>
        <w:gridCol w:w="4320"/>
        <w:gridCol w:w="4320"/>
      </w:tblGrid>
      <w:tr w:rsidR="008E6085" w:rsidRPr="007844EA" w14:paraId="408700F5" w14:textId="77777777" w:rsidTr="005A67B9">
        <w:trPr>
          <w:jc w:val="center"/>
        </w:trPr>
        <w:tc>
          <w:tcPr>
            <w:tcW w:w="2160" w:type="dxa"/>
            <w:vMerge w:val="restart"/>
            <w:tcBorders>
              <w:top w:val="single" w:sz="4" w:space="0" w:color="808080"/>
              <w:left w:val="single" w:sz="4" w:space="0" w:color="auto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6D2A2EFF" w14:textId="719ECDD9" w:rsidR="008E6085" w:rsidRPr="007844EA" w:rsidRDefault="004D5696" w:rsidP="008E6085">
            <w:pPr>
              <w:rPr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744BF963" wp14:editId="13513A61">
                  <wp:simplePos x="0" y="0"/>
                  <wp:positionH relativeFrom="column">
                    <wp:posOffset>302895</wp:posOffset>
                  </wp:positionH>
                  <wp:positionV relativeFrom="paragraph">
                    <wp:posOffset>200660</wp:posOffset>
                  </wp:positionV>
                  <wp:extent cx="742950" cy="928370"/>
                  <wp:effectExtent l="0" t="0" r="0" b="5080"/>
                  <wp:wrapNone/>
                  <wp:docPr id="449072223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9072223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928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32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0659DD2F" w14:textId="77777777" w:rsidR="008E6085" w:rsidRPr="007844EA" w:rsidRDefault="008E6085" w:rsidP="008E6085">
            <w:pPr>
              <w:spacing w:after="20" w:line="240" w:lineRule="auto"/>
              <w:rPr>
                <w:sz w:val="24"/>
                <w:szCs w:val="24"/>
              </w:rPr>
            </w:pP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Județul</w:t>
            </w:r>
            <w:proofErr w:type="spell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Harghita</w:t>
            </w:r>
            <w:proofErr w:type="spellEnd"/>
          </w:p>
        </w:tc>
      </w:tr>
      <w:tr w:rsidR="008E6085" w:rsidRPr="007844EA" w14:paraId="49B1F783" w14:textId="77777777" w:rsidTr="005A67B9">
        <w:trPr>
          <w:jc w:val="center"/>
        </w:trPr>
        <w:tc>
          <w:tcPr>
            <w:tcW w:w="3600" w:type="dxa"/>
            <w:vMerge/>
            <w:tcBorders>
              <w:left w:val="single" w:sz="4" w:space="0" w:color="auto"/>
            </w:tcBorders>
          </w:tcPr>
          <w:p w14:paraId="163C8947" w14:textId="77777777" w:rsidR="008E6085" w:rsidRPr="007844EA" w:rsidRDefault="008E6085" w:rsidP="008E6085">
            <w:pPr>
              <w:rPr>
                <w:sz w:val="24"/>
                <w:szCs w:val="24"/>
              </w:rPr>
            </w:pPr>
          </w:p>
        </w:tc>
        <w:tc>
          <w:tcPr>
            <w:tcW w:w="432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2B6B2D34" w14:textId="4A842BA4" w:rsidR="008E6085" w:rsidRPr="007844EA" w:rsidRDefault="0030389F" w:rsidP="008E6085">
            <w:pPr>
              <w:spacing w:after="20" w:line="240" w:lineRule="auto"/>
              <w:rPr>
                <w:sz w:val="24"/>
                <w:szCs w:val="24"/>
                <w:lang w:val="ro-RO"/>
              </w:rPr>
            </w:pPr>
            <w:proofErr w:type="spellStart"/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Primăria</w:t>
            </w:r>
            <w:proofErr w:type="spellEnd"/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Comunei</w:t>
            </w:r>
            <w:proofErr w:type="spellEnd"/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Brădești</w:t>
            </w:r>
            <w:proofErr w:type="spellEnd"/>
          </w:p>
        </w:tc>
      </w:tr>
      <w:tr w:rsidR="008E6085" w:rsidRPr="007844EA" w14:paraId="69F59DE2" w14:textId="77777777" w:rsidTr="005A67B9">
        <w:trPr>
          <w:jc w:val="center"/>
        </w:trPr>
        <w:tc>
          <w:tcPr>
            <w:tcW w:w="3600" w:type="dxa"/>
            <w:vMerge/>
            <w:tcBorders>
              <w:left w:val="single" w:sz="4" w:space="0" w:color="auto"/>
            </w:tcBorders>
          </w:tcPr>
          <w:p w14:paraId="4B712B57" w14:textId="77777777" w:rsidR="008E6085" w:rsidRPr="007844EA" w:rsidRDefault="008E6085" w:rsidP="008E6085">
            <w:pPr>
              <w:rPr>
                <w:sz w:val="24"/>
                <w:szCs w:val="24"/>
              </w:rPr>
            </w:pPr>
          </w:p>
        </w:tc>
        <w:tc>
          <w:tcPr>
            <w:tcW w:w="43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4F987EC6" w14:textId="77777777" w:rsidR="008E6085" w:rsidRPr="007844EA" w:rsidRDefault="008E6085" w:rsidP="008E6085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18"/>
                <w:szCs w:val="24"/>
              </w:rPr>
            </w:pP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Cod de </w:t>
            </w: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identificare</w:t>
            </w:r>
            <w:proofErr w:type="spell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fiscală</w:t>
            </w:r>
            <w:proofErr w:type="spell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(CIF)</w:t>
            </w:r>
          </w:p>
          <w:p w14:paraId="2844476D" w14:textId="2CFAA7E5" w:rsidR="008E6085" w:rsidRPr="007844EA" w:rsidRDefault="008E6085" w:rsidP="008E6085">
            <w:pPr>
              <w:spacing w:after="20" w:line="240" w:lineRule="auto"/>
              <w:rPr>
                <w:sz w:val="24"/>
                <w:szCs w:val="24"/>
              </w:rPr>
            </w:pP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4</w:t>
            </w:r>
            <w:r w:rsidR="004D5696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367906</w:t>
            </w:r>
          </w:p>
        </w:tc>
        <w:tc>
          <w:tcPr>
            <w:tcW w:w="43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6227542C" w14:textId="77777777" w:rsidR="0030389F" w:rsidRDefault="008E6085" w:rsidP="0030389F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18"/>
                <w:szCs w:val="24"/>
                <w:lang w:val="ro-RO"/>
              </w:rPr>
            </w:pP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Adresa</w:t>
            </w:r>
            <w:proofErr w:type="spell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proofErr w:type="gram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oficială</w:t>
            </w:r>
            <w:proofErr w:type="spell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:</w:t>
            </w:r>
            <w:proofErr w:type="gram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br/>
            </w:r>
            <w:r w:rsidR="0030389F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Jude</w:t>
            </w:r>
            <w:proofErr w:type="spellStart"/>
            <w:r w:rsidR="0030389F">
              <w:rPr>
                <w:rFonts w:ascii="Times New Roman" w:hAnsi="Times New Roman"/>
                <w:b/>
                <w:color w:val="004682"/>
                <w:sz w:val="18"/>
                <w:szCs w:val="24"/>
                <w:lang w:val="ro-RO"/>
              </w:rPr>
              <w:t>țul</w:t>
            </w:r>
            <w:proofErr w:type="spellEnd"/>
            <w:r w:rsidR="0030389F">
              <w:rPr>
                <w:rFonts w:ascii="Times New Roman" w:hAnsi="Times New Roman"/>
                <w:b/>
                <w:color w:val="004682"/>
                <w:sz w:val="18"/>
                <w:szCs w:val="24"/>
                <w:lang w:val="ro-RO"/>
              </w:rPr>
              <w:t xml:space="preserve"> Harghita, Comuna Brădești, 537025</w:t>
            </w:r>
          </w:p>
          <w:p w14:paraId="19D4F6E0" w14:textId="77777777" w:rsidR="0030389F" w:rsidRPr="007A05DB" w:rsidRDefault="0030389F" w:rsidP="0030389F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18"/>
                <w:szCs w:val="24"/>
                <w:lang w:val="hu-HU"/>
              </w:rPr>
            </w:pPr>
            <w:r>
              <w:rPr>
                <w:rFonts w:ascii="Times New Roman" w:hAnsi="Times New Roman"/>
                <w:b/>
                <w:color w:val="004682"/>
                <w:sz w:val="18"/>
                <w:szCs w:val="24"/>
                <w:lang w:val="ro-RO"/>
              </w:rPr>
              <w:t xml:space="preserve">Satul Brădești, strada </w:t>
            </w:r>
            <w:proofErr w:type="spellStart"/>
            <w:r>
              <w:rPr>
                <w:rFonts w:ascii="Times New Roman" w:hAnsi="Times New Roman"/>
                <w:b/>
                <w:color w:val="004682"/>
                <w:sz w:val="18"/>
                <w:szCs w:val="24"/>
                <w:lang w:val="ro-RO"/>
              </w:rPr>
              <w:t>Pet</w:t>
            </w:r>
            <w:r>
              <w:rPr>
                <w:rFonts w:ascii="Times New Roman" w:hAnsi="Times New Roman"/>
                <w:b/>
                <w:color w:val="004682"/>
                <w:sz w:val="18"/>
                <w:szCs w:val="24"/>
                <w:lang w:val="hu-HU"/>
              </w:rPr>
              <w:t>őfi</w:t>
            </w:r>
            <w:proofErr w:type="spellEnd"/>
            <w:r>
              <w:rPr>
                <w:rFonts w:ascii="Times New Roman" w:hAnsi="Times New Roman"/>
                <w:b/>
                <w:color w:val="004682"/>
                <w:sz w:val="18"/>
                <w:szCs w:val="24"/>
                <w:lang w:val="hu-HU"/>
              </w:rPr>
              <w:t xml:space="preserve"> Sándor </w:t>
            </w:r>
            <w:proofErr w:type="spellStart"/>
            <w:r>
              <w:rPr>
                <w:rFonts w:ascii="Times New Roman" w:hAnsi="Times New Roman"/>
                <w:b/>
                <w:color w:val="004682"/>
                <w:sz w:val="18"/>
                <w:szCs w:val="24"/>
                <w:lang w:val="hu-HU"/>
              </w:rPr>
              <w:t>nr</w:t>
            </w:r>
            <w:proofErr w:type="spellEnd"/>
            <w:r>
              <w:rPr>
                <w:rFonts w:ascii="Times New Roman" w:hAnsi="Times New Roman"/>
                <w:b/>
                <w:color w:val="004682"/>
                <w:sz w:val="18"/>
                <w:szCs w:val="24"/>
                <w:lang w:val="hu-HU"/>
              </w:rPr>
              <w:t>. 14</w:t>
            </w:r>
          </w:p>
          <w:p w14:paraId="1A0FAF84" w14:textId="77777777" w:rsidR="0030389F" w:rsidRPr="007844EA" w:rsidRDefault="0030389F" w:rsidP="0030389F">
            <w:pPr>
              <w:spacing w:after="20" w:line="240" w:lineRule="auto"/>
              <w:rPr>
                <w:rFonts w:ascii="Times New Roman" w:hAnsi="Times New Roman"/>
                <w:b/>
                <w:color w:val="004682"/>
                <w:sz w:val="18"/>
                <w:szCs w:val="24"/>
              </w:rPr>
            </w:pP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România</w:t>
            </w:r>
            <w:proofErr w:type="spell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ab/>
              <w:t>Tel:</w:t>
            </w:r>
            <w:r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0366401821</w:t>
            </w:r>
          </w:p>
          <w:p w14:paraId="4D41A221" w14:textId="66CD2102" w:rsidR="008E6085" w:rsidRPr="007844EA" w:rsidRDefault="0030389F" w:rsidP="0030389F">
            <w:pPr>
              <w:spacing w:after="20" w:line="240" w:lineRule="auto"/>
              <w:rPr>
                <w:sz w:val="24"/>
                <w:szCs w:val="24"/>
              </w:rPr>
            </w:pP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E-mail: </w:t>
            </w:r>
            <w:r>
              <w:rPr>
                <w:rFonts w:ascii="Times New Roman" w:hAnsi="Times New Roman"/>
                <w:b/>
                <w:color w:val="004682"/>
                <w:sz w:val="18"/>
                <w:szCs w:val="24"/>
                <w:lang w:val="ro-RO"/>
              </w:rPr>
              <w:t>bradesti@hr.e-adm.ro</w:t>
            </w:r>
          </w:p>
        </w:tc>
      </w:tr>
      <w:tr w:rsidR="008E6085" w:rsidRPr="007844EA" w14:paraId="3D7FCFAA" w14:textId="77777777" w:rsidTr="005A67B9">
        <w:trPr>
          <w:trHeight w:val="124"/>
          <w:jc w:val="center"/>
        </w:trPr>
        <w:tc>
          <w:tcPr>
            <w:tcW w:w="3600" w:type="dxa"/>
            <w:vMerge/>
            <w:tcBorders>
              <w:left w:val="single" w:sz="4" w:space="0" w:color="auto"/>
            </w:tcBorders>
          </w:tcPr>
          <w:p w14:paraId="0EB6D566" w14:textId="77777777" w:rsidR="008E6085" w:rsidRPr="007844EA" w:rsidRDefault="008E6085" w:rsidP="008E6085">
            <w:pPr>
              <w:rPr>
                <w:sz w:val="24"/>
                <w:szCs w:val="24"/>
              </w:rPr>
            </w:pPr>
          </w:p>
        </w:tc>
        <w:tc>
          <w:tcPr>
            <w:tcW w:w="43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17256BEB" w14:textId="77777777" w:rsidR="008E6085" w:rsidRPr="007844EA" w:rsidRDefault="008E6085" w:rsidP="008E6085">
            <w:pPr>
              <w:spacing w:after="20" w:line="240" w:lineRule="auto"/>
              <w:rPr>
                <w:sz w:val="24"/>
                <w:szCs w:val="24"/>
              </w:rPr>
            </w:pP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Număr</w:t>
            </w:r>
            <w:proofErr w:type="spellEnd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înregistrare</w:t>
            </w:r>
            <w:proofErr w:type="spellEnd"/>
          </w:p>
        </w:tc>
        <w:tc>
          <w:tcPr>
            <w:tcW w:w="43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11A9E340" w14:textId="77777777" w:rsidR="008E6085" w:rsidRPr="007844EA" w:rsidRDefault="008E6085" w:rsidP="008E6085">
            <w:pPr>
              <w:spacing w:after="20" w:line="240" w:lineRule="auto"/>
              <w:rPr>
                <w:sz w:val="24"/>
                <w:szCs w:val="24"/>
              </w:rPr>
            </w:pPr>
            <w:r w:rsidRPr="007844EA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Data</w:t>
            </w:r>
          </w:p>
        </w:tc>
      </w:tr>
      <w:tr w:rsidR="008E6085" w:rsidRPr="007844EA" w14:paraId="3C18E994" w14:textId="77777777" w:rsidTr="005A67B9">
        <w:trPr>
          <w:jc w:val="center"/>
        </w:trPr>
        <w:tc>
          <w:tcPr>
            <w:tcW w:w="4320" w:type="dxa"/>
            <w:gridSpan w:val="3"/>
            <w:tcBorders>
              <w:top w:val="single" w:sz="4" w:space="0" w:color="808080"/>
              <w:left w:val="single" w:sz="4" w:space="0" w:color="auto"/>
              <w:bottom w:val="single" w:sz="4" w:space="0" w:color="808080"/>
              <w:right w:val="single" w:sz="4" w:space="0" w:color="808080"/>
            </w:tcBorders>
            <w:shd w:val="clear" w:color="auto" w:fill="F9F9F9"/>
            <w:tcMar>
              <w:top w:w="25" w:type="dxa"/>
              <w:left w:w="50" w:type="dxa"/>
              <w:bottom w:w="25" w:type="dxa"/>
              <w:right w:w="50" w:type="dxa"/>
            </w:tcMar>
          </w:tcPr>
          <w:p w14:paraId="6B4E762F" w14:textId="77777777" w:rsidR="008E6085" w:rsidRPr="007844EA" w:rsidRDefault="008E6085" w:rsidP="008E6085">
            <w:pPr>
              <w:spacing w:after="20" w:line="240" w:lineRule="auto"/>
              <w:rPr>
                <w:sz w:val="24"/>
                <w:szCs w:val="24"/>
              </w:rPr>
            </w:pPr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se </w:t>
            </w:r>
            <w:proofErr w:type="spellStart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completează</w:t>
            </w:r>
            <w:proofErr w:type="spellEnd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 de </w:t>
            </w:r>
            <w:proofErr w:type="spellStart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autoritate</w:t>
            </w:r>
            <w:proofErr w:type="spellEnd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 — </w:t>
            </w:r>
            <w:proofErr w:type="spellStart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solicitantul</w:t>
            </w:r>
            <w:proofErr w:type="spellEnd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 nu </w:t>
            </w:r>
            <w:proofErr w:type="spellStart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scrie</w:t>
            </w:r>
            <w:proofErr w:type="spellEnd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 </w:t>
            </w:r>
            <w:proofErr w:type="spellStart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în</w:t>
            </w:r>
            <w:proofErr w:type="spellEnd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 </w:t>
            </w:r>
            <w:proofErr w:type="spellStart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această</w:t>
            </w:r>
            <w:proofErr w:type="spellEnd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 </w:t>
            </w:r>
            <w:proofErr w:type="spellStart"/>
            <w:r w:rsidRPr="007844EA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zonă</w:t>
            </w:r>
            <w:proofErr w:type="spellEnd"/>
          </w:p>
        </w:tc>
      </w:tr>
    </w:tbl>
    <w:p w14:paraId="22C59A06" w14:textId="77777777" w:rsidR="008E6085" w:rsidRPr="007844EA" w:rsidRDefault="008E6085" w:rsidP="008E6085">
      <w:pPr>
        <w:spacing w:before="80" w:after="60" w:line="240" w:lineRule="auto"/>
        <w:jc w:val="center"/>
        <w:rPr>
          <w:sz w:val="24"/>
          <w:szCs w:val="24"/>
        </w:rPr>
      </w:pPr>
      <w:r w:rsidRPr="007844EA">
        <w:rPr>
          <w:rFonts w:ascii="Times New Roman" w:hAnsi="Times New Roman"/>
          <w:b/>
          <w:sz w:val="28"/>
          <w:szCs w:val="24"/>
        </w:rPr>
        <w:t>CERERE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944"/>
      </w:tblGrid>
      <w:tr w:rsidR="006C782F" w:rsidRPr="008E6085" w14:paraId="2D72B2CD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2" w:type="dxa"/>
              <w:left w:w="35" w:type="dxa"/>
              <w:bottom w:w="12" w:type="dxa"/>
              <w:right w:w="35" w:type="dxa"/>
            </w:tcMar>
          </w:tcPr>
          <w:p w14:paraId="1C1003E9" w14:textId="77777777" w:rsidR="006C782F" w:rsidRPr="008E6085" w:rsidRDefault="003815A3">
            <w:pPr>
              <w:spacing w:before="10" w:after="1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sz w:val="18"/>
                <w:szCs w:val="24"/>
              </w:rPr>
              <w:t>1. CĂTRE</w:t>
            </w:r>
          </w:p>
        </w:tc>
      </w:tr>
      <w:tr w:rsidR="006C782F" w:rsidRPr="008E6085" w14:paraId="1736D29B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5" w:type="dxa"/>
              <w:bottom w:w="12" w:type="dxa"/>
              <w:right w:w="35" w:type="dxa"/>
            </w:tcMar>
          </w:tcPr>
          <w:p w14:paraId="24421BF2" w14:textId="1655013A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Instituția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br/>
            </w:r>
            <w:proofErr w:type="spellStart"/>
            <w:r w:rsidR="0030389F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Primăria</w:t>
            </w:r>
            <w:proofErr w:type="spellEnd"/>
            <w:r w:rsidR="0030389F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 </w:t>
            </w:r>
            <w:proofErr w:type="spellStart"/>
            <w:r w:rsidR="0030389F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Comunei</w:t>
            </w:r>
            <w:proofErr w:type="spellEnd"/>
            <w:r w:rsidR="0030389F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 </w:t>
            </w:r>
            <w:proofErr w:type="spellStart"/>
            <w:r w:rsidR="0030389F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Brădești</w:t>
            </w:r>
            <w:proofErr w:type="spellEnd"/>
          </w:p>
        </w:tc>
      </w:tr>
      <w:tr w:rsidR="006C782F" w:rsidRPr="008E6085" w14:paraId="2FBF9192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5" w:type="dxa"/>
              <w:bottom w:w="12" w:type="dxa"/>
              <w:right w:w="35" w:type="dxa"/>
            </w:tcMar>
          </w:tcPr>
          <w:p w14:paraId="2D3A46EC" w14:textId="77777777" w:rsidR="006C782F" w:rsidRPr="008E6085" w:rsidRDefault="003815A3">
            <w:pPr>
              <w:spacing w:after="10" w:line="240" w:lineRule="auto"/>
              <w:rPr>
                <w:sz w:val="24"/>
                <w:szCs w:val="24"/>
              </w:rPr>
            </w:pPr>
            <w:proofErr w:type="spellStart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>Cererea</w:t>
            </w:r>
            <w:proofErr w:type="spellEnd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>va</w:t>
            </w:r>
            <w:proofErr w:type="spellEnd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 xml:space="preserve"> fi </w:t>
            </w:r>
            <w:proofErr w:type="spellStart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>transmisă</w:t>
            </w:r>
            <w:proofErr w:type="spellEnd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>către</w:t>
            </w:r>
            <w:proofErr w:type="spellEnd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>președintele</w:t>
            </w:r>
            <w:proofErr w:type="spellEnd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>consiliului</w:t>
            </w:r>
            <w:proofErr w:type="spellEnd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>județean</w:t>
            </w:r>
            <w:proofErr w:type="spellEnd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 xml:space="preserve">, </w:t>
            </w:r>
            <w:proofErr w:type="spellStart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>primarul</w:t>
            </w:r>
            <w:proofErr w:type="spellEnd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 xml:space="preserve"> general, </w:t>
            </w:r>
            <w:proofErr w:type="spellStart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>primarul</w:t>
            </w:r>
            <w:proofErr w:type="spellEnd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 xml:space="preserve"> de sector </w:t>
            </w:r>
            <w:proofErr w:type="spellStart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>sau</w:t>
            </w:r>
            <w:proofErr w:type="spellEnd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>primarul</w:t>
            </w:r>
            <w:proofErr w:type="spellEnd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>municipiului</w:t>
            </w:r>
            <w:proofErr w:type="spellEnd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 xml:space="preserve"> / </w:t>
            </w:r>
            <w:proofErr w:type="spellStart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>orașului</w:t>
            </w:r>
            <w:proofErr w:type="spellEnd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 xml:space="preserve"> / </w:t>
            </w:r>
            <w:proofErr w:type="spellStart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>comunei</w:t>
            </w:r>
            <w:proofErr w:type="spellEnd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 xml:space="preserve">, </w:t>
            </w:r>
            <w:proofErr w:type="spellStart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>după</w:t>
            </w:r>
            <w:proofErr w:type="spellEnd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>caz</w:t>
            </w:r>
            <w:proofErr w:type="spellEnd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>.</w:t>
            </w:r>
          </w:p>
        </w:tc>
      </w:tr>
    </w:tbl>
    <w:p w14:paraId="63404C9A" w14:textId="77777777" w:rsidR="006C782F" w:rsidRPr="008E6085" w:rsidRDefault="006C782F">
      <w:pPr>
        <w:spacing w:before="2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24"/>
        <w:gridCol w:w="1824"/>
        <w:gridCol w:w="912"/>
        <w:gridCol w:w="912"/>
        <w:gridCol w:w="912"/>
        <w:gridCol w:w="912"/>
        <w:gridCol w:w="912"/>
        <w:gridCol w:w="912"/>
        <w:gridCol w:w="1824"/>
      </w:tblGrid>
      <w:tr w:rsidR="006C782F" w:rsidRPr="008E6085" w14:paraId="69D7A955" w14:textId="77777777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2" w:type="dxa"/>
              <w:left w:w="35" w:type="dxa"/>
              <w:bottom w:w="12" w:type="dxa"/>
              <w:right w:w="35" w:type="dxa"/>
            </w:tcMar>
          </w:tcPr>
          <w:p w14:paraId="34C7A37C" w14:textId="77777777" w:rsidR="006C782F" w:rsidRPr="008E6085" w:rsidRDefault="003815A3">
            <w:pPr>
              <w:spacing w:before="10" w:after="1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sz w:val="18"/>
                <w:szCs w:val="24"/>
              </w:rPr>
              <w:t>2. SOLICITANTUL</w:t>
            </w:r>
          </w:p>
        </w:tc>
      </w:tr>
      <w:tr w:rsidR="006C782F" w:rsidRPr="008E6085" w14:paraId="56CC3A5C" w14:textId="77777777">
        <w:trPr>
          <w:jc w:val="center"/>
        </w:trPr>
        <w:tc>
          <w:tcPr>
            <w:tcW w:w="7296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5" w:type="dxa"/>
              <w:bottom w:w="12" w:type="dxa"/>
              <w:right w:w="35" w:type="dxa"/>
            </w:tcMar>
          </w:tcPr>
          <w:p w14:paraId="11880131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Nume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și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prenume</w:t>
            </w:r>
            <w:proofErr w:type="spellEnd"/>
          </w:p>
        </w:tc>
        <w:tc>
          <w:tcPr>
            <w:tcW w:w="3648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5" w:type="dxa"/>
              <w:bottom w:w="12" w:type="dxa"/>
              <w:right w:w="35" w:type="dxa"/>
            </w:tcMar>
          </w:tcPr>
          <w:p w14:paraId="29A26A14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CNP</w:t>
            </w:r>
          </w:p>
        </w:tc>
      </w:tr>
      <w:tr w:rsidR="006C782F" w:rsidRPr="008E6085" w14:paraId="1D7D41DB" w14:textId="77777777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5" w:type="dxa"/>
              <w:bottom w:w="12" w:type="dxa"/>
              <w:right w:w="35" w:type="dxa"/>
            </w:tcMar>
          </w:tcPr>
          <w:p w14:paraId="73E7C4FE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color w:val="000000"/>
                <w:sz w:val="16"/>
                <w:szCs w:val="24"/>
              </w:rPr>
              <w:t xml:space="preserve">Act de </w:t>
            </w:r>
            <w:proofErr w:type="spellStart"/>
            <w:r w:rsidRPr="008E6085">
              <w:rPr>
                <w:rFonts w:ascii="Times New Roman" w:hAnsi="Times New Roman"/>
                <w:color w:val="000000"/>
                <w:sz w:val="16"/>
                <w:szCs w:val="24"/>
              </w:rPr>
              <w:t>identitate</w:t>
            </w:r>
            <w:proofErr w:type="spellEnd"/>
          </w:p>
        </w:tc>
      </w:tr>
      <w:tr w:rsidR="006C782F" w:rsidRPr="008E6085" w14:paraId="478ECC39" w14:textId="77777777">
        <w:trPr>
          <w:jc w:val="center"/>
        </w:trPr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5" w:type="dxa"/>
              <w:bottom w:w="12" w:type="dxa"/>
              <w:right w:w="35" w:type="dxa"/>
            </w:tcMar>
          </w:tcPr>
          <w:p w14:paraId="69543284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Seria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5" w:type="dxa"/>
              <w:bottom w:w="12" w:type="dxa"/>
              <w:right w:w="35" w:type="dxa"/>
            </w:tcMar>
          </w:tcPr>
          <w:p w14:paraId="5E22E87D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Numărul</w:t>
            </w:r>
            <w:proofErr w:type="spellEnd"/>
          </w:p>
        </w:tc>
        <w:tc>
          <w:tcPr>
            <w:tcW w:w="4560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5" w:type="dxa"/>
              <w:bottom w:w="12" w:type="dxa"/>
              <w:right w:w="35" w:type="dxa"/>
            </w:tcMar>
          </w:tcPr>
          <w:p w14:paraId="7C3DEAE2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Eliberat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de</w:t>
            </w:r>
          </w:p>
        </w:tc>
        <w:tc>
          <w:tcPr>
            <w:tcW w:w="273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5" w:type="dxa"/>
              <w:bottom w:w="12" w:type="dxa"/>
              <w:right w:w="35" w:type="dxa"/>
            </w:tcMar>
          </w:tcPr>
          <w:p w14:paraId="6E68DA62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La data</w:t>
            </w:r>
          </w:p>
        </w:tc>
      </w:tr>
      <w:tr w:rsidR="006C782F" w:rsidRPr="008E6085" w14:paraId="7136ACF9" w14:textId="77777777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5" w:type="dxa"/>
              <w:bottom w:w="12" w:type="dxa"/>
              <w:right w:w="35" w:type="dxa"/>
            </w:tcMar>
          </w:tcPr>
          <w:p w14:paraId="4C3D92D4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E6085">
              <w:rPr>
                <w:rFonts w:ascii="Times New Roman" w:hAnsi="Times New Roman"/>
                <w:color w:val="000000"/>
                <w:sz w:val="16"/>
                <w:szCs w:val="24"/>
              </w:rPr>
              <w:t>Domiciliul</w:t>
            </w:r>
            <w:proofErr w:type="spellEnd"/>
          </w:p>
        </w:tc>
      </w:tr>
      <w:tr w:rsidR="006C782F" w:rsidRPr="008E6085" w14:paraId="7798F5AC" w14:textId="77777777">
        <w:trPr>
          <w:jc w:val="center"/>
        </w:trPr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5" w:type="dxa"/>
              <w:bottom w:w="12" w:type="dxa"/>
              <w:right w:w="35" w:type="dxa"/>
            </w:tcMar>
          </w:tcPr>
          <w:p w14:paraId="5996C41E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Județul</w:t>
            </w:r>
            <w:proofErr w:type="spellEnd"/>
          </w:p>
        </w:tc>
        <w:tc>
          <w:tcPr>
            <w:tcW w:w="3648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5" w:type="dxa"/>
              <w:bottom w:w="12" w:type="dxa"/>
              <w:right w:w="35" w:type="dxa"/>
            </w:tcMar>
          </w:tcPr>
          <w:p w14:paraId="07EE8FE3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Municipiul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/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orașul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/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comuna</w:t>
            </w:r>
            <w:proofErr w:type="spellEnd"/>
          </w:p>
        </w:tc>
        <w:tc>
          <w:tcPr>
            <w:tcW w:w="3648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5" w:type="dxa"/>
              <w:bottom w:w="12" w:type="dxa"/>
              <w:right w:w="35" w:type="dxa"/>
            </w:tcMar>
          </w:tcPr>
          <w:p w14:paraId="6612BAE6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Satul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/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sectorul</w:t>
            </w:r>
            <w:proofErr w:type="spellEnd"/>
          </w:p>
        </w:tc>
      </w:tr>
      <w:tr w:rsidR="006C782F" w:rsidRPr="008E6085" w14:paraId="202CD621" w14:textId="77777777">
        <w:trPr>
          <w:jc w:val="center"/>
        </w:trPr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5" w:type="dxa"/>
              <w:bottom w:w="12" w:type="dxa"/>
              <w:right w:w="35" w:type="dxa"/>
            </w:tcMar>
          </w:tcPr>
          <w:p w14:paraId="4215CBCF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Strada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5" w:type="dxa"/>
              <w:bottom w:w="12" w:type="dxa"/>
              <w:right w:w="35" w:type="dxa"/>
            </w:tcMar>
          </w:tcPr>
          <w:p w14:paraId="593895A5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Nr.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5" w:type="dxa"/>
              <w:bottom w:w="12" w:type="dxa"/>
              <w:right w:w="35" w:type="dxa"/>
            </w:tcMar>
          </w:tcPr>
          <w:p w14:paraId="6AD1C5C9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Sc.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5" w:type="dxa"/>
              <w:bottom w:w="12" w:type="dxa"/>
              <w:right w:w="35" w:type="dxa"/>
            </w:tcMar>
          </w:tcPr>
          <w:p w14:paraId="0C9DB0F9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Et.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5" w:type="dxa"/>
              <w:bottom w:w="12" w:type="dxa"/>
              <w:right w:w="35" w:type="dxa"/>
            </w:tcMar>
          </w:tcPr>
          <w:p w14:paraId="189B0B2A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Ap.</w:t>
            </w:r>
          </w:p>
        </w:tc>
        <w:tc>
          <w:tcPr>
            <w:tcW w:w="182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5" w:type="dxa"/>
              <w:bottom w:w="12" w:type="dxa"/>
              <w:right w:w="35" w:type="dxa"/>
            </w:tcMar>
          </w:tcPr>
          <w:p w14:paraId="0F080169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Cod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poștal</w:t>
            </w:r>
            <w:proofErr w:type="spellEnd"/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5" w:type="dxa"/>
              <w:bottom w:w="12" w:type="dxa"/>
              <w:right w:w="35" w:type="dxa"/>
            </w:tcMar>
          </w:tcPr>
          <w:p w14:paraId="412AC0A2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Țara</w:t>
            </w:r>
            <w:proofErr w:type="spellEnd"/>
          </w:p>
        </w:tc>
      </w:tr>
      <w:tr w:rsidR="006C782F" w:rsidRPr="008E6085" w14:paraId="173A5244" w14:textId="77777777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5" w:type="dxa"/>
              <w:bottom w:w="12" w:type="dxa"/>
              <w:right w:w="35" w:type="dxa"/>
            </w:tcMar>
          </w:tcPr>
          <w:p w14:paraId="731F6A34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color w:val="000000"/>
                <w:sz w:val="16"/>
                <w:szCs w:val="24"/>
              </w:rPr>
              <w:t>Date de contact</w:t>
            </w:r>
          </w:p>
        </w:tc>
      </w:tr>
      <w:tr w:rsidR="006C782F" w:rsidRPr="008E6085" w14:paraId="64E51B0F" w14:textId="77777777">
        <w:trPr>
          <w:jc w:val="center"/>
        </w:trPr>
        <w:tc>
          <w:tcPr>
            <w:tcW w:w="5472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5" w:type="dxa"/>
              <w:bottom w:w="12" w:type="dxa"/>
              <w:right w:w="35" w:type="dxa"/>
            </w:tcMar>
          </w:tcPr>
          <w:p w14:paraId="3372BA78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Telefon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/ fax</w:t>
            </w:r>
          </w:p>
        </w:tc>
        <w:tc>
          <w:tcPr>
            <w:tcW w:w="5472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5" w:type="dxa"/>
              <w:bottom w:w="12" w:type="dxa"/>
              <w:right w:w="35" w:type="dxa"/>
            </w:tcMar>
          </w:tcPr>
          <w:p w14:paraId="5368572C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E-mail</w:t>
            </w:r>
          </w:p>
        </w:tc>
      </w:tr>
      <w:tr w:rsidR="006C782F" w:rsidRPr="008E6085" w14:paraId="30D2FCC5" w14:textId="77777777">
        <w:trPr>
          <w:jc w:val="center"/>
        </w:trPr>
        <w:tc>
          <w:tcPr>
            <w:tcW w:w="1094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5" w:type="dxa"/>
              <w:bottom w:w="12" w:type="dxa"/>
              <w:right w:w="35" w:type="dxa"/>
            </w:tcMar>
          </w:tcPr>
          <w:p w14:paraId="444BF3C1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E6085">
              <w:rPr>
                <w:rFonts w:ascii="Times New Roman" w:hAnsi="Times New Roman"/>
                <w:color w:val="000000"/>
                <w:sz w:val="16"/>
                <w:szCs w:val="24"/>
              </w:rPr>
              <w:t>Reprezentare</w:t>
            </w:r>
            <w:proofErr w:type="spellEnd"/>
          </w:p>
        </w:tc>
      </w:tr>
      <w:tr w:rsidR="006C782F" w:rsidRPr="008E6085" w14:paraId="01237093" w14:textId="77777777">
        <w:trPr>
          <w:jc w:val="center"/>
        </w:trPr>
        <w:tc>
          <w:tcPr>
            <w:tcW w:w="7296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5" w:type="dxa"/>
              <w:bottom w:w="12" w:type="dxa"/>
              <w:right w:w="35" w:type="dxa"/>
            </w:tcMar>
          </w:tcPr>
          <w:p w14:paraId="2937DA40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În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calitate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de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reprezentant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al</w:t>
            </w:r>
          </w:p>
        </w:tc>
        <w:tc>
          <w:tcPr>
            <w:tcW w:w="3648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2" w:type="dxa"/>
              <w:left w:w="35" w:type="dxa"/>
              <w:bottom w:w="12" w:type="dxa"/>
              <w:right w:w="35" w:type="dxa"/>
            </w:tcMar>
          </w:tcPr>
          <w:p w14:paraId="5EBC8411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CUI / CIF</w:t>
            </w:r>
          </w:p>
        </w:tc>
      </w:tr>
    </w:tbl>
    <w:p w14:paraId="47A25633" w14:textId="77777777" w:rsidR="006C782F" w:rsidRPr="008E6085" w:rsidRDefault="006C782F">
      <w:pPr>
        <w:spacing w:before="2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944"/>
      </w:tblGrid>
      <w:tr w:rsidR="006C782F" w:rsidRPr="008E6085" w14:paraId="3C37762D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0" w:type="dxa"/>
              <w:left w:w="35" w:type="dxa"/>
              <w:bottom w:w="10" w:type="dxa"/>
              <w:right w:w="35" w:type="dxa"/>
            </w:tcMar>
          </w:tcPr>
          <w:p w14:paraId="39D1AF1B" w14:textId="77777777" w:rsidR="006C782F" w:rsidRPr="008E6085" w:rsidRDefault="003815A3">
            <w:pPr>
              <w:spacing w:before="10" w:after="1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sz w:val="18"/>
                <w:szCs w:val="24"/>
              </w:rPr>
              <w:t>3. TITULAR AL</w:t>
            </w:r>
          </w:p>
        </w:tc>
      </w:tr>
      <w:tr w:rsidR="006C782F" w:rsidRPr="008E6085" w14:paraId="1C3B2ED2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5" w:type="dxa"/>
              <w:bottom w:w="10" w:type="dxa"/>
              <w:right w:w="35" w:type="dxa"/>
            </w:tcMar>
          </w:tcPr>
          <w:p w14:paraId="36BD6E3F" w14:textId="77777777" w:rsidR="006C782F" w:rsidRPr="008E6085" w:rsidRDefault="003815A3">
            <w:pPr>
              <w:spacing w:after="1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sz w:val="16"/>
                <w:szCs w:val="24"/>
              </w:rPr>
              <w:t xml:space="preserve">☐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dreptului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de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proprietate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asupra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imobilului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    ☐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unui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alt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drept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real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corespunzător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proprietății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publice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    ☐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dreptului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de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creanță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    ☐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unui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alt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drept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potrivit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art. 248 alin. (2) din Legea nr. 169/2026</w:t>
            </w:r>
          </w:p>
        </w:tc>
      </w:tr>
    </w:tbl>
    <w:p w14:paraId="257FF027" w14:textId="77777777" w:rsidR="006C782F" w:rsidRPr="008E6085" w:rsidRDefault="006C782F">
      <w:pPr>
        <w:spacing w:before="2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472"/>
        <w:gridCol w:w="5472"/>
      </w:tblGrid>
      <w:tr w:rsidR="006C782F" w:rsidRPr="008E6085" w14:paraId="2AF5EEC6" w14:textId="77777777">
        <w:trPr>
          <w:jc w:val="center"/>
        </w:trPr>
        <w:tc>
          <w:tcPr>
            <w:tcW w:w="1094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0" w:type="dxa"/>
              <w:left w:w="35" w:type="dxa"/>
              <w:bottom w:w="10" w:type="dxa"/>
              <w:right w:w="35" w:type="dxa"/>
            </w:tcMar>
          </w:tcPr>
          <w:p w14:paraId="382CD50C" w14:textId="77777777" w:rsidR="006C782F" w:rsidRPr="008E6085" w:rsidRDefault="003815A3">
            <w:pPr>
              <w:spacing w:before="10" w:after="1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sz w:val="18"/>
                <w:szCs w:val="24"/>
              </w:rPr>
              <w:t>4. TITULAR AL</w:t>
            </w:r>
          </w:p>
        </w:tc>
      </w:tr>
      <w:tr w:rsidR="006C782F" w:rsidRPr="008E6085" w14:paraId="02761580" w14:textId="77777777">
        <w:trPr>
          <w:jc w:val="center"/>
        </w:trPr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5" w:type="dxa"/>
              <w:bottom w:w="10" w:type="dxa"/>
              <w:right w:w="35" w:type="dxa"/>
            </w:tcMar>
          </w:tcPr>
          <w:p w14:paraId="37D5EB5C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Certificatului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de urbanism nr. / </w:t>
            </w:r>
            <w:proofErr w:type="gram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data</w:t>
            </w:r>
            <w:proofErr w:type="gramEnd"/>
          </w:p>
        </w:tc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5" w:type="dxa"/>
              <w:bottom w:w="10" w:type="dxa"/>
              <w:right w:w="35" w:type="dxa"/>
            </w:tcMar>
          </w:tcPr>
          <w:p w14:paraId="24B30290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emis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de</w:t>
            </w:r>
          </w:p>
        </w:tc>
      </w:tr>
    </w:tbl>
    <w:p w14:paraId="0723720C" w14:textId="77777777" w:rsidR="006C782F" w:rsidRPr="008E6085" w:rsidRDefault="003815A3">
      <w:pPr>
        <w:spacing w:before="60" w:after="40" w:line="240" w:lineRule="auto"/>
        <w:jc w:val="center"/>
        <w:rPr>
          <w:sz w:val="24"/>
          <w:szCs w:val="24"/>
        </w:rPr>
      </w:pPr>
      <w:proofErr w:type="spellStart"/>
      <w:r w:rsidRPr="008E6085">
        <w:rPr>
          <w:rFonts w:ascii="Times New Roman" w:hAnsi="Times New Roman"/>
          <w:sz w:val="18"/>
          <w:szCs w:val="24"/>
        </w:rPr>
        <w:t>în</w:t>
      </w:r>
      <w:proofErr w:type="spellEnd"/>
      <w:r w:rsidRPr="008E6085">
        <w:rPr>
          <w:rFonts w:ascii="Times New Roman" w:hAnsi="Times New Roman"/>
          <w:sz w:val="18"/>
          <w:szCs w:val="24"/>
        </w:rPr>
        <w:t xml:space="preserve"> </w:t>
      </w:r>
      <w:proofErr w:type="spellStart"/>
      <w:r w:rsidRPr="008E6085">
        <w:rPr>
          <w:rFonts w:ascii="Times New Roman" w:hAnsi="Times New Roman"/>
          <w:sz w:val="18"/>
          <w:szCs w:val="24"/>
        </w:rPr>
        <w:t>conformitate</w:t>
      </w:r>
      <w:proofErr w:type="spellEnd"/>
      <w:r w:rsidRPr="008E6085">
        <w:rPr>
          <w:rFonts w:ascii="Times New Roman" w:hAnsi="Times New Roman"/>
          <w:sz w:val="18"/>
          <w:szCs w:val="24"/>
        </w:rPr>
        <w:t xml:space="preserve"> cu </w:t>
      </w:r>
      <w:proofErr w:type="spellStart"/>
      <w:r w:rsidRPr="008E6085">
        <w:rPr>
          <w:rFonts w:ascii="Times New Roman" w:hAnsi="Times New Roman"/>
          <w:sz w:val="18"/>
          <w:szCs w:val="24"/>
        </w:rPr>
        <w:t>prevederile</w:t>
      </w:r>
      <w:proofErr w:type="spellEnd"/>
      <w:r w:rsidRPr="008E6085">
        <w:rPr>
          <w:rFonts w:ascii="Times New Roman" w:hAnsi="Times New Roman"/>
          <w:sz w:val="18"/>
          <w:szCs w:val="24"/>
        </w:rPr>
        <w:t xml:space="preserve"> </w:t>
      </w:r>
      <w:proofErr w:type="spellStart"/>
      <w:r w:rsidRPr="008E6085">
        <w:rPr>
          <w:rFonts w:ascii="Times New Roman" w:hAnsi="Times New Roman"/>
          <w:sz w:val="18"/>
          <w:szCs w:val="24"/>
        </w:rPr>
        <w:t>Legii</w:t>
      </w:r>
      <w:proofErr w:type="spellEnd"/>
      <w:r w:rsidRPr="008E6085">
        <w:rPr>
          <w:rFonts w:ascii="Times New Roman" w:hAnsi="Times New Roman"/>
          <w:sz w:val="18"/>
          <w:szCs w:val="24"/>
        </w:rPr>
        <w:t xml:space="preserve"> nr. 169/2026 </w:t>
      </w:r>
      <w:proofErr w:type="spellStart"/>
      <w:r w:rsidRPr="008E6085">
        <w:rPr>
          <w:rFonts w:ascii="Times New Roman" w:hAnsi="Times New Roman"/>
          <w:sz w:val="18"/>
          <w:szCs w:val="24"/>
        </w:rPr>
        <w:t>privind</w:t>
      </w:r>
      <w:proofErr w:type="spellEnd"/>
      <w:r w:rsidRPr="008E6085">
        <w:rPr>
          <w:rFonts w:ascii="Times New Roman" w:hAnsi="Times New Roman"/>
          <w:sz w:val="18"/>
          <w:szCs w:val="24"/>
        </w:rPr>
        <w:t xml:space="preserve"> </w:t>
      </w:r>
      <w:proofErr w:type="spellStart"/>
      <w:r w:rsidRPr="008E6085">
        <w:rPr>
          <w:rFonts w:ascii="Times New Roman" w:hAnsi="Times New Roman"/>
          <w:sz w:val="18"/>
          <w:szCs w:val="24"/>
        </w:rPr>
        <w:t>Codul</w:t>
      </w:r>
      <w:proofErr w:type="spellEnd"/>
      <w:r w:rsidRPr="008E6085">
        <w:rPr>
          <w:rFonts w:ascii="Times New Roman" w:hAnsi="Times New Roman"/>
          <w:sz w:val="18"/>
          <w:szCs w:val="24"/>
        </w:rPr>
        <w:t xml:space="preserve"> </w:t>
      </w:r>
      <w:proofErr w:type="spellStart"/>
      <w:r w:rsidRPr="008E6085">
        <w:rPr>
          <w:rFonts w:ascii="Times New Roman" w:hAnsi="Times New Roman"/>
          <w:sz w:val="18"/>
          <w:szCs w:val="24"/>
        </w:rPr>
        <w:t>amenajării</w:t>
      </w:r>
      <w:proofErr w:type="spellEnd"/>
      <w:r w:rsidRPr="008E6085">
        <w:rPr>
          <w:rFonts w:ascii="Times New Roman" w:hAnsi="Times New Roman"/>
          <w:sz w:val="18"/>
          <w:szCs w:val="24"/>
        </w:rPr>
        <w:t xml:space="preserve"> </w:t>
      </w:r>
      <w:proofErr w:type="spellStart"/>
      <w:r w:rsidRPr="008E6085">
        <w:rPr>
          <w:rFonts w:ascii="Times New Roman" w:hAnsi="Times New Roman"/>
          <w:sz w:val="18"/>
          <w:szCs w:val="24"/>
        </w:rPr>
        <w:t>teritoriului</w:t>
      </w:r>
      <w:proofErr w:type="spellEnd"/>
      <w:r w:rsidRPr="008E6085">
        <w:rPr>
          <w:rFonts w:ascii="Times New Roman" w:hAnsi="Times New Roman"/>
          <w:sz w:val="18"/>
          <w:szCs w:val="24"/>
        </w:rPr>
        <w:t xml:space="preserve">, </w:t>
      </w:r>
      <w:proofErr w:type="spellStart"/>
      <w:r w:rsidRPr="008E6085">
        <w:rPr>
          <w:rFonts w:ascii="Times New Roman" w:hAnsi="Times New Roman"/>
          <w:sz w:val="18"/>
          <w:szCs w:val="24"/>
        </w:rPr>
        <w:t>urbanismului</w:t>
      </w:r>
      <w:proofErr w:type="spellEnd"/>
      <w:r w:rsidRPr="008E6085">
        <w:rPr>
          <w:rFonts w:ascii="Times New Roman" w:hAnsi="Times New Roman"/>
          <w:sz w:val="18"/>
          <w:szCs w:val="24"/>
        </w:rPr>
        <w:t xml:space="preserve"> </w:t>
      </w:r>
      <w:proofErr w:type="spellStart"/>
      <w:r w:rsidRPr="008E6085">
        <w:rPr>
          <w:rFonts w:ascii="Times New Roman" w:hAnsi="Times New Roman"/>
          <w:sz w:val="18"/>
          <w:szCs w:val="24"/>
        </w:rPr>
        <w:t>și</w:t>
      </w:r>
      <w:proofErr w:type="spellEnd"/>
      <w:r w:rsidRPr="008E6085">
        <w:rPr>
          <w:rFonts w:ascii="Times New Roman" w:hAnsi="Times New Roman"/>
          <w:sz w:val="18"/>
          <w:szCs w:val="24"/>
        </w:rPr>
        <w:t xml:space="preserve"> </w:t>
      </w:r>
      <w:proofErr w:type="spellStart"/>
      <w:r w:rsidRPr="008E6085">
        <w:rPr>
          <w:rFonts w:ascii="Times New Roman" w:hAnsi="Times New Roman"/>
          <w:sz w:val="18"/>
          <w:szCs w:val="24"/>
        </w:rPr>
        <w:t>construcțiilor</w:t>
      </w:r>
      <w:proofErr w:type="spellEnd"/>
      <w:r w:rsidRPr="008E6085">
        <w:rPr>
          <w:rFonts w:ascii="Times New Roman" w:hAnsi="Times New Roman"/>
          <w:sz w:val="18"/>
          <w:szCs w:val="24"/>
        </w:rPr>
        <w:t>,</w:t>
      </w:r>
      <w:r w:rsidRPr="008E6085">
        <w:rPr>
          <w:rFonts w:ascii="Times New Roman" w:hAnsi="Times New Roman"/>
          <w:sz w:val="18"/>
          <w:szCs w:val="24"/>
        </w:rPr>
        <w:br/>
        <w:t xml:space="preserve">solicit </w:t>
      </w:r>
      <w:proofErr w:type="spellStart"/>
      <w:r w:rsidRPr="008E6085">
        <w:rPr>
          <w:rFonts w:ascii="Times New Roman" w:hAnsi="Times New Roman"/>
          <w:sz w:val="18"/>
          <w:szCs w:val="24"/>
        </w:rPr>
        <w:t>emiterea</w:t>
      </w:r>
      <w:proofErr w:type="spellEnd"/>
      <w:r w:rsidRPr="008E6085">
        <w:rPr>
          <w:rFonts w:ascii="Times New Roman" w:hAnsi="Times New Roman"/>
          <w:sz w:val="18"/>
          <w:szCs w:val="24"/>
        </w:rPr>
        <w:br/>
      </w:r>
      <w:proofErr w:type="spellStart"/>
      <w:r w:rsidRPr="008E6085">
        <w:rPr>
          <w:rFonts w:ascii="Times New Roman" w:hAnsi="Times New Roman"/>
          <w:b/>
          <w:szCs w:val="24"/>
        </w:rPr>
        <w:t>Autorizației</w:t>
      </w:r>
      <w:proofErr w:type="spellEnd"/>
      <w:r w:rsidRPr="008E6085">
        <w:rPr>
          <w:rFonts w:ascii="Times New Roman" w:hAnsi="Times New Roman"/>
          <w:b/>
          <w:szCs w:val="24"/>
        </w:rPr>
        <w:t xml:space="preserve"> de ☐ </w:t>
      </w:r>
      <w:proofErr w:type="spellStart"/>
      <w:r w:rsidRPr="008E6085">
        <w:rPr>
          <w:rFonts w:ascii="Times New Roman" w:hAnsi="Times New Roman"/>
          <w:b/>
          <w:szCs w:val="24"/>
        </w:rPr>
        <w:t>construire</w:t>
      </w:r>
      <w:proofErr w:type="spellEnd"/>
      <w:r w:rsidRPr="008E6085">
        <w:rPr>
          <w:rFonts w:ascii="Times New Roman" w:hAnsi="Times New Roman"/>
          <w:b/>
          <w:szCs w:val="24"/>
        </w:rPr>
        <w:t xml:space="preserve"> / ☐ </w:t>
      </w:r>
      <w:proofErr w:type="spellStart"/>
      <w:r w:rsidRPr="008E6085">
        <w:rPr>
          <w:rFonts w:ascii="Times New Roman" w:hAnsi="Times New Roman"/>
          <w:b/>
          <w:szCs w:val="24"/>
        </w:rPr>
        <w:t>desființare</w:t>
      </w:r>
      <w:proofErr w:type="spellEnd"/>
      <w:r w:rsidRPr="008E6085">
        <w:rPr>
          <w:rFonts w:ascii="Times New Roman" w:hAnsi="Times New Roman"/>
          <w:b/>
          <w:szCs w:val="24"/>
        </w:rPr>
        <w:br/>
      </w:r>
      <w:r w:rsidRPr="008E6085">
        <w:rPr>
          <w:rFonts w:ascii="Times New Roman" w:hAnsi="Times New Roman"/>
          <w:b/>
          <w:sz w:val="20"/>
          <w:szCs w:val="24"/>
        </w:rPr>
        <w:t xml:space="preserve">☐ </w:t>
      </w:r>
      <w:proofErr w:type="spellStart"/>
      <w:r w:rsidRPr="008E6085">
        <w:rPr>
          <w:rFonts w:ascii="Times New Roman" w:hAnsi="Times New Roman"/>
          <w:b/>
          <w:sz w:val="20"/>
          <w:szCs w:val="24"/>
        </w:rPr>
        <w:t>clădiri</w:t>
      </w:r>
      <w:proofErr w:type="spellEnd"/>
      <w:r w:rsidRPr="008E6085">
        <w:rPr>
          <w:rFonts w:ascii="Times New Roman" w:hAnsi="Times New Roman"/>
          <w:b/>
          <w:sz w:val="20"/>
          <w:szCs w:val="24"/>
        </w:rPr>
        <w:t xml:space="preserve"> </w:t>
      </w:r>
      <w:proofErr w:type="spellStart"/>
      <w:r w:rsidRPr="008E6085">
        <w:rPr>
          <w:rFonts w:ascii="Times New Roman" w:hAnsi="Times New Roman"/>
          <w:b/>
          <w:sz w:val="20"/>
          <w:szCs w:val="24"/>
        </w:rPr>
        <w:t>și</w:t>
      </w:r>
      <w:proofErr w:type="spellEnd"/>
      <w:r w:rsidRPr="008E6085">
        <w:rPr>
          <w:rFonts w:ascii="Times New Roman" w:hAnsi="Times New Roman"/>
          <w:b/>
          <w:sz w:val="20"/>
          <w:szCs w:val="24"/>
        </w:rPr>
        <w:t xml:space="preserve"> </w:t>
      </w:r>
      <w:proofErr w:type="spellStart"/>
      <w:r w:rsidRPr="008E6085">
        <w:rPr>
          <w:rFonts w:ascii="Times New Roman" w:hAnsi="Times New Roman"/>
          <w:b/>
          <w:sz w:val="20"/>
          <w:szCs w:val="24"/>
        </w:rPr>
        <w:t>amenajări</w:t>
      </w:r>
      <w:proofErr w:type="spellEnd"/>
      <w:r w:rsidRPr="008E6085">
        <w:rPr>
          <w:rFonts w:ascii="Times New Roman" w:hAnsi="Times New Roman"/>
          <w:b/>
          <w:sz w:val="20"/>
          <w:szCs w:val="24"/>
        </w:rPr>
        <w:t xml:space="preserve"> / ☐ </w:t>
      </w:r>
      <w:proofErr w:type="spellStart"/>
      <w:r w:rsidRPr="008E6085">
        <w:rPr>
          <w:rFonts w:ascii="Times New Roman" w:hAnsi="Times New Roman"/>
          <w:b/>
          <w:sz w:val="20"/>
          <w:szCs w:val="24"/>
        </w:rPr>
        <w:t>lucrări</w:t>
      </w:r>
      <w:proofErr w:type="spellEnd"/>
      <w:r w:rsidRPr="008E6085">
        <w:rPr>
          <w:rFonts w:ascii="Times New Roman" w:hAnsi="Times New Roman"/>
          <w:b/>
          <w:sz w:val="20"/>
          <w:szCs w:val="24"/>
        </w:rPr>
        <w:t xml:space="preserve"> </w:t>
      </w:r>
      <w:proofErr w:type="spellStart"/>
      <w:r w:rsidRPr="008E6085">
        <w:rPr>
          <w:rFonts w:ascii="Times New Roman" w:hAnsi="Times New Roman"/>
          <w:b/>
          <w:sz w:val="20"/>
          <w:szCs w:val="24"/>
        </w:rPr>
        <w:t>inginerești</w:t>
      </w:r>
      <w:proofErr w:type="spellEnd"/>
      <w:r w:rsidRPr="008E6085">
        <w:rPr>
          <w:rFonts w:ascii="Times New Roman" w:hAnsi="Times New Roman"/>
          <w:b/>
          <w:sz w:val="20"/>
          <w:szCs w:val="24"/>
        </w:rPr>
        <w:t xml:space="preserve"> / ☐ </w:t>
      </w:r>
      <w:proofErr w:type="spellStart"/>
      <w:r w:rsidRPr="008E6085">
        <w:rPr>
          <w:rFonts w:ascii="Times New Roman" w:hAnsi="Times New Roman"/>
          <w:b/>
          <w:sz w:val="20"/>
          <w:szCs w:val="24"/>
        </w:rPr>
        <w:t>construcții</w:t>
      </w:r>
      <w:proofErr w:type="spellEnd"/>
      <w:r w:rsidRPr="008E6085">
        <w:rPr>
          <w:rFonts w:ascii="Times New Roman" w:hAnsi="Times New Roman"/>
          <w:b/>
          <w:sz w:val="20"/>
          <w:szCs w:val="24"/>
        </w:rPr>
        <w:t xml:space="preserve"> </w:t>
      </w:r>
      <w:proofErr w:type="spellStart"/>
      <w:r w:rsidRPr="008E6085">
        <w:rPr>
          <w:rFonts w:ascii="Times New Roman" w:hAnsi="Times New Roman"/>
          <w:b/>
          <w:sz w:val="20"/>
          <w:szCs w:val="24"/>
        </w:rPr>
        <w:t>speciale</w:t>
      </w:r>
      <w:proofErr w:type="spellEnd"/>
      <w:r w:rsidRPr="008E6085">
        <w:rPr>
          <w:rFonts w:ascii="Times New Roman" w:hAnsi="Times New Roman"/>
          <w:b/>
          <w:sz w:val="20"/>
          <w:szCs w:val="24"/>
        </w:rPr>
        <w:br/>
        <w:t xml:space="preserve">precum </w:t>
      </w:r>
      <w:proofErr w:type="spellStart"/>
      <w:r w:rsidRPr="008E6085">
        <w:rPr>
          <w:rFonts w:ascii="Times New Roman" w:hAnsi="Times New Roman"/>
          <w:b/>
          <w:sz w:val="20"/>
          <w:szCs w:val="24"/>
        </w:rPr>
        <w:t>și</w:t>
      </w:r>
      <w:proofErr w:type="spellEnd"/>
      <w:r w:rsidRPr="008E6085">
        <w:rPr>
          <w:rFonts w:ascii="Times New Roman" w:hAnsi="Times New Roman"/>
          <w:b/>
          <w:sz w:val="20"/>
          <w:szCs w:val="24"/>
        </w:rPr>
        <w:t xml:space="preserve"> a ☐ </w:t>
      </w:r>
      <w:proofErr w:type="spellStart"/>
      <w:r w:rsidRPr="008E6085">
        <w:rPr>
          <w:rFonts w:ascii="Times New Roman" w:hAnsi="Times New Roman"/>
          <w:b/>
          <w:sz w:val="20"/>
          <w:szCs w:val="24"/>
        </w:rPr>
        <w:t>Autorizației</w:t>
      </w:r>
      <w:proofErr w:type="spellEnd"/>
      <w:r w:rsidRPr="008E6085">
        <w:rPr>
          <w:rFonts w:ascii="Times New Roman" w:hAnsi="Times New Roman"/>
          <w:b/>
          <w:sz w:val="20"/>
          <w:szCs w:val="24"/>
        </w:rPr>
        <w:t xml:space="preserve"> de </w:t>
      </w:r>
      <w:proofErr w:type="spellStart"/>
      <w:r w:rsidRPr="008E6085">
        <w:rPr>
          <w:rFonts w:ascii="Times New Roman" w:hAnsi="Times New Roman"/>
          <w:b/>
          <w:sz w:val="20"/>
          <w:szCs w:val="24"/>
        </w:rPr>
        <w:t>amenajare</w:t>
      </w:r>
      <w:proofErr w:type="spellEnd"/>
      <w:r w:rsidRPr="008E6085">
        <w:rPr>
          <w:rFonts w:ascii="Times New Roman" w:hAnsi="Times New Roman"/>
          <w:b/>
          <w:sz w:val="20"/>
          <w:szCs w:val="24"/>
        </w:rPr>
        <w:t xml:space="preserve"> </w:t>
      </w:r>
      <w:proofErr w:type="gramStart"/>
      <w:r w:rsidRPr="008E6085">
        <w:rPr>
          <w:rFonts w:ascii="Times New Roman" w:hAnsi="Times New Roman"/>
          <w:b/>
          <w:sz w:val="20"/>
          <w:szCs w:val="24"/>
        </w:rPr>
        <w:t>a</w:t>
      </w:r>
      <w:proofErr w:type="gramEnd"/>
      <w:r w:rsidRPr="008E6085">
        <w:rPr>
          <w:rFonts w:ascii="Times New Roman" w:hAnsi="Times New Roman"/>
          <w:b/>
          <w:sz w:val="20"/>
          <w:szCs w:val="24"/>
        </w:rPr>
        <w:t xml:space="preserve"> </w:t>
      </w:r>
      <w:proofErr w:type="spellStart"/>
      <w:r w:rsidRPr="008E6085">
        <w:rPr>
          <w:rFonts w:ascii="Times New Roman" w:hAnsi="Times New Roman"/>
          <w:b/>
          <w:sz w:val="20"/>
          <w:szCs w:val="24"/>
        </w:rPr>
        <w:t>organizării</w:t>
      </w:r>
      <w:proofErr w:type="spellEnd"/>
      <w:r w:rsidRPr="008E6085">
        <w:rPr>
          <w:rFonts w:ascii="Times New Roman" w:hAnsi="Times New Roman"/>
          <w:b/>
          <w:sz w:val="20"/>
          <w:szCs w:val="24"/>
        </w:rPr>
        <w:t xml:space="preserve"> </w:t>
      </w:r>
      <w:proofErr w:type="spellStart"/>
      <w:r w:rsidRPr="008E6085">
        <w:rPr>
          <w:rFonts w:ascii="Times New Roman" w:hAnsi="Times New Roman"/>
          <w:b/>
          <w:sz w:val="20"/>
          <w:szCs w:val="24"/>
        </w:rPr>
        <w:t>execuției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944"/>
      </w:tblGrid>
      <w:tr w:rsidR="006C782F" w:rsidRPr="008E6085" w14:paraId="68C590DD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0" w:type="dxa"/>
              <w:left w:w="35" w:type="dxa"/>
              <w:bottom w:w="10" w:type="dxa"/>
              <w:right w:w="35" w:type="dxa"/>
            </w:tcMar>
          </w:tcPr>
          <w:p w14:paraId="75DADFB8" w14:textId="77777777" w:rsidR="006C782F" w:rsidRPr="008E6085" w:rsidRDefault="003815A3">
            <w:pPr>
              <w:spacing w:before="10" w:after="1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sz w:val="18"/>
                <w:szCs w:val="24"/>
              </w:rPr>
              <w:t>5. ÎN SCOPUL REALIZĂRII OBIECTIVULUI / OBIECTULUI DE INVESTIȚII</w:t>
            </w:r>
          </w:p>
        </w:tc>
      </w:tr>
      <w:tr w:rsidR="006C782F" w:rsidRPr="008E6085" w14:paraId="60F38C64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5" w:type="dxa"/>
              <w:bottom w:w="10" w:type="dxa"/>
              <w:right w:w="35" w:type="dxa"/>
            </w:tcMar>
          </w:tcPr>
          <w:p w14:paraId="7E536917" w14:textId="77777777" w:rsidR="006C782F" w:rsidRPr="008E6085" w:rsidRDefault="003815A3">
            <w:pPr>
              <w:spacing w:after="1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i/>
                <w:sz w:val="16"/>
                <w:szCs w:val="24"/>
              </w:rPr>
              <w:t xml:space="preserve">include cel </w:t>
            </w:r>
            <w:proofErr w:type="spellStart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>puțin</w:t>
            </w:r>
            <w:proofErr w:type="spellEnd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>funcțiunea</w:t>
            </w:r>
            <w:proofErr w:type="spellEnd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>principală</w:t>
            </w:r>
            <w:proofErr w:type="spellEnd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>și</w:t>
            </w:r>
            <w:proofErr w:type="spellEnd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>secundare</w:t>
            </w:r>
            <w:proofErr w:type="spellEnd"/>
          </w:p>
        </w:tc>
      </w:tr>
      <w:tr w:rsidR="006C782F" w:rsidRPr="008E6085" w14:paraId="7BB63D2E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5" w:type="dxa"/>
              <w:bottom w:w="10" w:type="dxa"/>
              <w:right w:w="35" w:type="dxa"/>
            </w:tcMar>
          </w:tcPr>
          <w:p w14:paraId="7A5DCE0A" w14:textId="77777777" w:rsidR="006C782F" w:rsidRPr="008E6085" w:rsidRDefault="003815A3">
            <w:pPr>
              <w:spacing w:before="80" w:after="4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color w:val="B4B4B4"/>
                <w:sz w:val="18"/>
                <w:szCs w:val="24"/>
              </w:rPr>
              <w:t>___________________________________________________________________________________________________</w:t>
            </w:r>
          </w:p>
        </w:tc>
      </w:tr>
    </w:tbl>
    <w:p w14:paraId="19560F1D" w14:textId="77777777" w:rsidR="006C782F" w:rsidRPr="008E6085" w:rsidRDefault="006C782F">
      <w:pPr>
        <w:spacing w:before="2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48"/>
        <w:gridCol w:w="912"/>
        <w:gridCol w:w="912"/>
        <w:gridCol w:w="912"/>
        <w:gridCol w:w="912"/>
        <w:gridCol w:w="1824"/>
        <w:gridCol w:w="1824"/>
      </w:tblGrid>
      <w:tr w:rsidR="006C782F" w:rsidRPr="008E6085" w14:paraId="1AAAB9B9" w14:textId="77777777">
        <w:trPr>
          <w:jc w:val="center"/>
        </w:trPr>
        <w:tc>
          <w:tcPr>
            <w:tcW w:w="10944" w:type="dxa"/>
            <w:gridSpan w:val="7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10" w:type="dxa"/>
              <w:left w:w="35" w:type="dxa"/>
              <w:bottom w:w="10" w:type="dxa"/>
              <w:right w:w="35" w:type="dxa"/>
            </w:tcMar>
          </w:tcPr>
          <w:p w14:paraId="158E99B0" w14:textId="77777777" w:rsidR="006C782F" w:rsidRPr="008E6085" w:rsidRDefault="003815A3">
            <w:pPr>
              <w:spacing w:before="10" w:after="1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sz w:val="18"/>
                <w:szCs w:val="24"/>
              </w:rPr>
              <w:t>6. IMOBIL / IMOBILE</w:t>
            </w:r>
          </w:p>
        </w:tc>
      </w:tr>
      <w:tr w:rsidR="006C782F" w:rsidRPr="008E6085" w14:paraId="7EC896D7" w14:textId="77777777">
        <w:trPr>
          <w:jc w:val="center"/>
        </w:trPr>
        <w:tc>
          <w:tcPr>
            <w:tcW w:w="10944" w:type="dxa"/>
            <w:gridSpan w:val="7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5" w:type="dxa"/>
              <w:bottom w:w="10" w:type="dxa"/>
              <w:right w:w="35" w:type="dxa"/>
            </w:tcMar>
          </w:tcPr>
          <w:p w14:paraId="22A3BE4F" w14:textId="77777777" w:rsidR="006C782F" w:rsidRPr="008E6085" w:rsidRDefault="003815A3">
            <w:pPr>
              <w:spacing w:after="10" w:line="240" w:lineRule="auto"/>
              <w:rPr>
                <w:sz w:val="24"/>
                <w:szCs w:val="24"/>
              </w:rPr>
            </w:pPr>
            <w:proofErr w:type="spellStart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>Pentru</w:t>
            </w:r>
            <w:proofErr w:type="spellEnd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>fiecare</w:t>
            </w:r>
            <w:proofErr w:type="spellEnd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>imobil</w:t>
            </w:r>
            <w:proofErr w:type="spellEnd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 xml:space="preserve"> se </w:t>
            </w:r>
            <w:proofErr w:type="spellStart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>completează</w:t>
            </w:r>
            <w:proofErr w:type="spellEnd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>obligatoriu</w:t>
            </w:r>
            <w:proofErr w:type="spellEnd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>câte</w:t>
            </w:r>
            <w:proofErr w:type="spellEnd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 xml:space="preserve"> o </w:t>
            </w:r>
            <w:proofErr w:type="spellStart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>anexă</w:t>
            </w:r>
            <w:proofErr w:type="spellEnd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>tehnică</w:t>
            </w:r>
            <w:proofErr w:type="spellEnd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 xml:space="preserve">; </w:t>
            </w:r>
            <w:proofErr w:type="spellStart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>celelalte</w:t>
            </w:r>
            <w:proofErr w:type="spellEnd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>imobile</w:t>
            </w:r>
            <w:proofErr w:type="spellEnd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 xml:space="preserve"> se </w:t>
            </w:r>
            <w:proofErr w:type="spellStart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>înscriu</w:t>
            </w:r>
            <w:proofErr w:type="spellEnd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>în</w:t>
            </w:r>
            <w:proofErr w:type="spellEnd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>anexa</w:t>
            </w:r>
            <w:proofErr w:type="spellEnd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 xml:space="preserve"> de </w:t>
            </w:r>
            <w:proofErr w:type="spellStart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>imobile</w:t>
            </w:r>
            <w:proofErr w:type="spellEnd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>.</w:t>
            </w:r>
            <w:r w:rsidRPr="008E6085">
              <w:rPr>
                <w:rFonts w:ascii="Times New Roman" w:hAnsi="Times New Roman"/>
                <w:i/>
                <w:sz w:val="16"/>
                <w:szCs w:val="24"/>
              </w:rPr>
              <w:br/>
            </w:r>
            <w:proofErr w:type="spellStart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>Imobil</w:t>
            </w:r>
            <w:proofErr w:type="spellEnd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 xml:space="preserve"> 1</w:t>
            </w:r>
          </w:p>
        </w:tc>
      </w:tr>
      <w:tr w:rsidR="006C782F" w:rsidRPr="008E6085" w14:paraId="64684809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5" w:type="dxa"/>
              <w:bottom w:w="10" w:type="dxa"/>
              <w:right w:w="35" w:type="dxa"/>
            </w:tcMar>
          </w:tcPr>
          <w:p w14:paraId="704FB482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Tip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imobil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br/>
              <w:t xml:space="preserve">☐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teren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   ☐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construcții</w:t>
            </w:r>
            <w:proofErr w:type="spellEnd"/>
          </w:p>
        </w:tc>
        <w:tc>
          <w:tcPr>
            <w:tcW w:w="3648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5" w:type="dxa"/>
              <w:bottom w:w="10" w:type="dxa"/>
              <w:right w:w="35" w:type="dxa"/>
            </w:tcMar>
          </w:tcPr>
          <w:p w14:paraId="3CCCC98D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Număr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cadastral</w:t>
            </w:r>
          </w:p>
        </w:tc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5" w:type="dxa"/>
              <w:bottom w:w="10" w:type="dxa"/>
              <w:right w:w="35" w:type="dxa"/>
            </w:tcMar>
          </w:tcPr>
          <w:p w14:paraId="175CF679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Carte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funciară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nr.</w:t>
            </w:r>
          </w:p>
        </w:tc>
      </w:tr>
      <w:tr w:rsidR="006C782F" w:rsidRPr="008E6085" w14:paraId="323F4FCB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5" w:type="dxa"/>
              <w:bottom w:w="10" w:type="dxa"/>
              <w:right w:w="35" w:type="dxa"/>
            </w:tcMar>
          </w:tcPr>
          <w:p w14:paraId="0FA0776F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Județul</w:t>
            </w:r>
            <w:proofErr w:type="spellEnd"/>
          </w:p>
        </w:tc>
        <w:tc>
          <w:tcPr>
            <w:tcW w:w="3648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5" w:type="dxa"/>
              <w:bottom w:w="10" w:type="dxa"/>
              <w:right w:w="35" w:type="dxa"/>
            </w:tcMar>
          </w:tcPr>
          <w:p w14:paraId="1A12A1F6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Municipiul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/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orașul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/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comuna</w:t>
            </w:r>
            <w:proofErr w:type="spellEnd"/>
          </w:p>
        </w:tc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5" w:type="dxa"/>
              <w:bottom w:w="10" w:type="dxa"/>
              <w:right w:w="35" w:type="dxa"/>
            </w:tcMar>
          </w:tcPr>
          <w:p w14:paraId="57DC1C87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Satul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/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sectorul</w:t>
            </w:r>
            <w:proofErr w:type="spellEnd"/>
          </w:p>
        </w:tc>
      </w:tr>
      <w:tr w:rsidR="006C782F" w:rsidRPr="008E6085" w14:paraId="31A04E38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5" w:type="dxa"/>
              <w:bottom w:w="10" w:type="dxa"/>
              <w:right w:w="35" w:type="dxa"/>
            </w:tcMar>
          </w:tcPr>
          <w:p w14:paraId="41E4F60A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Strada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5" w:type="dxa"/>
              <w:bottom w:w="10" w:type="dxa"/>
              <w:right w:w="35" w:type="dxa"/>
            </w:tcMar>
          </w:tcPr>
          <w:p w14:paraId="07BFA891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Nr.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5" w:type="dxa"/>
              <w:bottom w:w="10" w:type="dxa"/>
              <w:right w:w="35" w:type="dxa"/>
            </w:tcMar>
          </w:tcPr>
          <w:p w14:paraId="5EB2685D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Sc.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5" w:type="dxa"/>
              <w:bottom w:w="10" w:type="dxa"/>
              <w:right w:w="35" w:type="dxa"/>
            </w:tcMar>
          </w:tcPr>
          <w:p w14:paraId="7D5A9FA2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Et.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5" w:type="dxa"/>
              <w:bottom w:w="10" w:type="dxa"/>
              <w:right w:w="35" w:type="dxa"/>
            </w:tcMar>
          </w:tcPr>
          <w:p w14:paraId="18AB009E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Ap.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5" w:type="dxa"/>
              <w:bottom w:w="10" w:type="dxa"/>
              <w:right w:w="35" w:type="dxa"/>
            </w:tcMar>
          </w:tcPr>
          <w:p w14:paraId="73435D20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Cod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poștal</w:t>
            </w:r>
            <w:proofErr w:type="spellEnd"/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10" w:type="dxa"/>
              <w:left w:w="35" w:type="dxa"/>
              <w:bottom w:w="10" w:type="dxa"/>
              <w:right w:w="35" w:type="dxa"/>
            </w:tcMar>
          </w:tcPr>
          <w:p w14:paraId="7A588983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Țara</w:t>
            </w:r>
            <w:proofErr w:type="spellEnd"/>
          </w:p>
        </w:tc>
      </w:tr>
    </w:tbl>
    <w:p w14:paraId="6DE575E9" w14:textId="77777777" w:rsidR="006C782F" w:rsidRDefault="003815A3">
      <w:pPr>
        <w:rPr>
          <w:sz w:val="24"/>
          <w:szCs w:val="24"/>
        </w:rPr>
      </w:pPr>
      <w:r w:rsidRPr="008E6085">
        <w:rPr>
          <w:sz w:val="24"/>
          <w:szCs w:val="24"/>
        </w:rPr>
        <w:br w:type="page"/>
      </w:r>
    </w:p>
    <w:p w14:paraId="24440EFD" w14:textId="77777777" w:rsidR="0022364E" w:rsidRDefault="0022364E" w:rsidP="0022364E">
      <w:pPr>
        <w:spacing w:after="20" w:line="240" w:lineRule="auto"/>
      </w:pPr>
      <w:r>
        <w:rPr>
          <w:rFonts w:ascii="Times New Roman" w:hAnsi="Times New Roman"/>
          <w:color w:val="787878"/>
          <w:sz w:val="14"/>
        </w:rPr>
        <w:lastRenderedPageBreak/>
        <w:t xml:space="preserve">F_A_01 · </w:t>
      </w:r>
      <w:proofErr w:type="spellStart"/>
      <w:r>
        <w:rPr>
          <w:rFonts w:ascii="Times New Roman" w:hAnsi="Times New Roman"/>
          <w:color w:val="787878"/>
          <w:sz w:val="14"/>
        </w:rPr>
        <w:t>versiunea</w:t>
      </w:r>
      <w:proofErr w:type="spellEnd"/>
      <w:r>
        <w:rPr>
          <w:rFonts w:ascii="Times New Roman" w:hAnsi="Times New Roman"/>
          <w:color w:val="787878"/>
          <w:sz w:val="14"/>
        </w:rPr>
        <w:t xml:space="preserve"> 1.0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48"/>
        <w:gridCol w:w="3648"/>
        <w:gridCol w:w="3648"/>
      </w:tblGrid>
      <w:tr w:rsidR="0022364E" w:rsidRPr="008573A8" w14:paraId="2B9FB6F9" w14:textId="77777777" w:rsidTr="00CD1B01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3" w:type="dxa"/>
              <w:left w:w="20" w:type="dxa"/>
              <w:bottom w:w="3" w:type="dxa"/>
              <w:right w:w="20" w:type="dxa"/>
            </w:tcMar>
          </w:tcPr>
          <w:p w14:paraId="61FFC119" w14:textId="77777777" w:rsidR="0022364E" w:rsidRPr="008573A8" w:rsidRDefault="0022364E" w:rsidP="00CD1B01">
            <w:pPr>
              <w:spacing w:before="10" w:after="10" w:line="240" w:lineRule="auto"/>
              <w:rPr>
                <w:sz w:val="24"/>
                <w:szCs w:val="24"/>
              </w:rPr>
            </w:pPr>
            <w:r w:rsidRPr="008573A8">
              <w:rPr>
                <w:rFonts w:ascii="Times New Roman" w:hAnsi="Times New Roman"/>
                <w:b/>
                <w:sz w:val="18"/>
                <w:szCs w:val="24"/>
              </w:rPr>
              <w:t>7. PROIECTUL ATAȘAT ȘI ECHIPA DE PROIECTARE</w:t>
            </w:r>
          </w:p>
        </w:tc>
      </w:tr>
      <w:tr w:rsidR="0022364E" w:rsidRPr="008573A8" w14:paraId="5E7769A3" w14:textId="77777777" w:rsidTr="00CD1B01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" w:type="dxa"/>
              <w:left w:w="20" w:type="dxa"/>
              <w:bottom w:w="3" w:type="dxa"/>
              <w:right w:w="20" w:type="dxa"/>
            </w:tcMar>
          </w:tcPr>
          <w:p w14:paraId="293B2E99" w14:textId="77777777" w:rsidR="0022364E" w:rsidRPr="008573A8" w:rsidRDefault="0022364E" w:rsidP="00CD1B01">
            <w:pPr>
              <w:spacing w:after="10" w:line="240" w:lineRule="auto"/>
              <w:rPr>
                <w:sz w:val="24"/>
                <w:szCs w:val="24"/>
              </w:rPr>
            </w:pPr>
            <w:r w:rsidRPr="008573A8">
              <w:rPr>
                <w:rFonts w:ascii="Times New Roman" w:hAnsi="Times New Roman"/>
                <w:sz w:val="16"/>
                <w:szCs w:val="24"/>
              </w:rPr>
              <w:t xml:space="preserve">☐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Proiect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pentru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autorizarea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construirii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    ☐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Proiect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pentru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autorizarea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desființării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    ☐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Proiect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pentru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intervenții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asupra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clădirilor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existente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br/>
              <w:t xml:space="preserve">☐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Proiect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pentru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autorizarea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amenajării</w:t>
            </w:r>
            <w:proofErr w:type="spellEnd"/>
          </w:p>
        </w:tc>
      </w:tr>
      <w:tr w:rsidR="0022364E" w:rsidRPr="008573A8" w14:paraId="11D0592F" w14:textId="77777777" w:rsidTr="00CD1B01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" w:type="dxa"/>
              <w:left w:w="20" w:type="dxa"/>
              <w:bottom w:w="3" w:type="dxa"/>
              <w:right w:w="20" w:type="dxa"/>
            </w:tcMar>
          </w:tcPr>
          <w:p w14:paraId="261C8C0D" w14:textId="77777777" w:rsidR="0022364E" w:rsidRPr="008573A8" w:rsidRDefault="0022364E" w:rsidP="00CD1B01">
            <w:pPr>
              <w:spacing w:after="0" w:line="240" w:lineRule="auto"/>
              <w:rPr>
                <w:sz w:val="24"/>
                <w:szCs w:val="24"/>
              </w:rPr>
            </w:pPr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Nr. / </w:t>
            </w:r>
            <w:proofErr w:type="gram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data</w:t>
            </w:r>
            <w:proofErr w:type="gramEnd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proiectului</w:t>
            </w:r>
            <w:proofErr w:type="spellEnd"/>
          </w:p>
        </w:tc>
        <w:tc>
          <w:tcPr>
            <w:tcW w:w="729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" w:type="dxa"/>
              <w:left w:w="20" w:type="dxa"/>
              <w:bottom w:w="3" w:type="dxa"/>
              <w:right w:w="20" w:type="dxa"/>
            </w:tcMar>
          </w:tcPr>
          <w:p w14:paraId="30358F89" w14:textId="77777777" w:rsidR="0022364E" w:rsidRPr="008573A8" w:rsidRDefault="0022364E" w:rsidP="00CD1B01">
            <w:pPr>
              <w:spacing w:after="0" w:line="240" w:lineRule="auto"/>
              <w:rPr>
                <w:sz w:val="24"/>
                <w:szCs w:val="24"/>
              </w:rPr>
            </w:pPr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Elaborator (</w:t>
            </w: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denumire</w:t>
            </w:r>
            <w:proofErr w:type="spellEnd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+ </w:t>
            </w: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sediu</w:t>
            </w:r>
            <w:proofErr w:type="spellEnd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)</w:t>
            </w:r>
          </w:p>
        </w:tc>
      </w:tr>
      <w:tr w:rsidR="0022364E" w:rsidRPr="008573A8" w14:paraId="13478312" w14:textId="77777777" w:rsidTr="00CD1B01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" w:type="dxa"/>
              <w:left w:w="20" w:type="dxa"/>
              <w:bottom w:w="3" w:type="dxa"/>
              <w:right w:w="20" w:type="dxa"/>
            </w:tcMar>
          </w:tcPr>
          <w:p w14:paraId="00FA0E76" w14:textId="77777777" w:rsidR="0022364E" w:rsidRPr="008573A8" w:rsidRDefault="0022364E" w:rsidP="00CD1B01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Proiectant</w:t>
            </w:r>
            <w:proofErr w:type="spellEnd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autor</w:t>
            </w:r>
            <w:proofErr w:type="spellEnd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— </w:t>
            </w: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arhitect</w:t>
            </w:r>
            <w:proofErr w:type="spellEnd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/ </w:t>
            </w: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arhitect</w:t>
            </w:r>
            <w:proofErr w:type="spellEnd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conductor / </w:t>
            </w: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arhitect</w:t>
            </w:r>
            <w:proofErr w:type="spellEnd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br/>
              <w:t>de interior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" w:type="dxa"/>
              <w:left w:w="20" w:type="dxa"/>
              <w:bottom w:w="3" w:type="dxa"/>
              <w:right w:w="20" w:type="dxa"/>
            </w:tcMar>
          </w:tcPr>
          <w:p w14:paraId="140962B1" w14:textId="77777777" w:rsidR="0022364E" w:rsidRPr="008573A8" w:rsidRDefault="0022364E" w:rsidP="00CD1B01">
            <w:pPr>
              <w:spacing w:after="0" w:line="240" w:lineRule="auto"/>
              <w:rPr>
                <w:sz w:val="24"/>
                <w:szCs w:val="24"/>
              </w:rPr>
            </w:pPr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Nr. TNA</w:t>
            </w:r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br/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" w:type="dxa"/>
              <w:left w:w="20" w:type="dxa"/>
              <w:bottom w:w="3" w:type="dxa"/>
              <w:right w:w="20" w:type="dxa"/>
            </w:tcMar>
          </w:tcPr>
          <w:p w14:paraId="471BDF04" w14:textId="77777777" w:rsidR="0022364E" w:rsidRPr="008573A8" w:rsidRDefault="0022364E" w:rsidP="00CD1B01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Ingineri</w:t>
            </w:r>
            <w:proofErr w:type="spellEnd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, pe </w:t>
            </w: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specialități</w:t>
            </w:r>
            <w:proofErr w:type="spellEnd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br/>
            </w:r>
          </w:p>
        </w:tc>
      </w:tr>
    </w:tbl>
    <w:p w14:paraId="397C06D5" w14:textId="77777777" w:rsidR="0022364E" w:rsidRPr="008573A8" w:rsidRDefault="0022364E" w:rsidP="0022364E">
      <w:pPr>
        <w:spacing w:before="2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472"/>
        <w:gridCol w:w="5472"/>
      </w:tblGrid>
      <w:tr w:rsidR="0022364E" w:rsidRPr="008573A8" w14:paraId="49FE58B1" w14:textId="77777777" w:rsidTr="00CD1B01">
        <w:trPr>
          <w:jc w:val="center"/>
        </w:trPr>
        <w:tc>
          <w:tcPr>
            <w:tcW w:w="1094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3" w:type="dxa"/>
              <w:left w:w="20" w:type="dxa"/>
              <w:bottom w:w="3" w:type="dxa"/>
              <w:right w:w="20" w:type="dxa"/>
            </w:tcMar>
          </w:tcPr>
          <w:p w14:paraId="661EE32E" w14:textId="77777777" w:rsidR="0022364E" w:rsidRPr="008573A8" w:rsidRDefault="0022364E" w:rsidP="00CD1B01">
            <w:pPr>
              <w:spacing w:before="10" w:after="10" w:line="240" w:lineRule="auto"/>
              <w:rPr>
                <w:sz w:val="24"/>
                <w:szCs w:val="24"/>
              </w:rPr>
            </w:pPr>
            <w:r w:rsidRPr="008573A8">
              <w:rPr>
                <w:rFonts w:ascii="Times New Roman" w:hAnsi="Times New Roman"/>
                <w:b/>
                <w:sz w:val="18"/>
                <w:szCs w:val="24"/>
              </w:rPr>
              <w:t>8. CLASA DE CONSECINȚE / VERIFICAREA TEHNICĂ</w:t>
            </w:r>
          </w:p>
        </w:tc>
      </w:tr>
      <w:tr w:rsidR="0022364E" w:rsidRPr="008573A8" w14:paraId="5828B04D" w14:textId="77777777" w:rsidTr="00CD1B01">
        <w:trPr>
          <w:jc w:val="center"/>
        </w:trPr>
        <w:tc>
          <w:tcPr>
            <w:tcW w:w="1094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" w:type="dxa"/>
              <w:left w:w="20" w:type="dxa"/>
              <w:bottom w:w="3" w:type="dxa"/>
              <w:right w:w="20" w:type="dxa"/>
            </w:tcMar>
          </w:tcPr>
          <w:p w14:paraId="3D9D573E" w14:textId="77777777" w:rsidR="0022364E" w:rsidRPr="008573A8" w:rsidRDefault="0022364E" w:rsidP="00CD1B01">
            <w:pPr>
              <w:spacing w:after="10" w:line="240" w:lineRule="auto"/>
              <w:rPr>
                <w:sz w:val="24"/>
                <w:szCs w:val="24"/>
              </w:rPr>
            </w:pPr>
            <w:r w:rsidRPr="008573A8">
              <w:rPr>
                <w:rFonts w:ascii="Times New Roman" w:hAnsi="Times New Roman"/>
                <w:sz w:val="16"/>
                <w:szCs w:val="24"/>
              </w:rPr>
              <w:t>☐ CC 1 / NVP 1     ☐ CC 2 / NVP 2     ☐ CC 3 / NVP 3     ☐ CC 4 / NVP 4</w:t>
            </w:r>
          </w:p>
        </w:tc>
      </w:tr>
      <w:tr w:rsidR="0022364E" w:rsidRPr="008573A8" w14:paraId="6335A7A9" w14:textId="77777777" w:rsidTr="00CD1B01">
        <w:trPr>
          <w:jc w:val="center"/>
        </w:trPr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" w:type="dxa"/>
              <w:left w:w="20" w:type="dxa"/>
              <w:bottom w:w="3" w:type="dxa"/>
              <w:right w:w="20" w:type="dxa"/>
            </w:tcMar>
          </w:tcPr>
          <w:p w14:paraId="2C005E74" w14:textId="77777777" w:rsidR="0022364E" w:rsidRPr="008573A8" w:rsidRDefault="0022364E" w:rsidP="00CD1B01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rezistență</w:t>
            </w:r>
            <w:proofErr w:type="spellEnd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mecanică</w:t>
            </w:r>
            <w:proofErr w:type="spellEnd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și</w:t>
            </w:r>
            <w:proofErr w:type="spellEnd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stabilitate</w:t>
            </w:r>
            <w:proofErr w:type="spellEnd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— </w:t>
            </w: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nume</w:t>
            </w:r>
            <w:proofErr w:type="spellEnd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și</w:t>
            </w:r>
            <w:proofErr w:type="spellEnd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prenume</w:t>
            </w:r>
            <w:proofErr w:type="spellEnd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verificator</w:t>
            </w:r>
            <w:proofErr w:type="spellEnd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/ nr. </w:t>
            </w: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atestat</w:t>
            </w:r>
            <w:proofErr w:type="spellEnd"/>
          </w:p>
        </w:tc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" w:type="dxa"/>
              <w:left w:w="20" w:type="dxa"/>
              <w:bottom w:w="3" w:type="dxa"/>
              <w:right w:w="20" w:type="dxa"/>
            </w:tcMar>
          </w:tcPr>
          <w:p w14:paraId="253451DF" w14:textId="77777777" w:rsidR="0022364E" w:rsidRPr="008573A8" w:rsidRDefault="0022364E" w:rsidP="00CD1B01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Referat</w:t>
            </w:r>
            <w:proofErr w:type="spellEnd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nr. / </w:t>
            </w:r>
            <w:proofErr w:type="gram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data</w:t>
            </w:r>
            <w:proofErr w:type="gramEnd"/>
          </w:p>
        </w:tc>
      </w:tr>
      <w:tr w:rsidR="0022364E" w:rsidRPr="008573A8" w14:paraId="474F6948" w14:textId="77777777" w:rsidTr="00CD1B01">
        <w:trPr>
          <w:jc w:val="center"/>
        </w:trPr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" w:type="dxa"/>
              <w:left w:w="20" w:type="dxa"/>
              <w:bottom w:w="3" w:type="dxa"/>
              <w:right w:w="20" w:type="dxa"/>
            </w:tcMar>
          </w:tcPr>
          <w:p w14:paraId="1C6DDB75" w14:textId="77777777" w:rsidR="0022364E" w:rsidRPr="008573A8" w:rsidRDefault="0022364E" w:rsidP="00CD1B01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securitate</w:t>
            </w:r>
            <w:proofErr w:type="spellEnd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la </w:t>
            </w: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incendiu</w:t>
            </w:r>
            <w:proofErr w:type="spellEnd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— </w:t>
            </w: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nume</w:t>
            </w:r>
            <w:proofErr w:type="spellEnd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și</w:t>
            </w:r>
            <w:proofErr w:type="spellEnd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prenume</w:t>
            </w:r>
            <w:proofErr w:type="spellEnd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verificator</w:t>
            </w:r>
            <w:proofErr w:type="spellEnd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/ nr. </w:t>
            </w: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atestat</w:t>
            </w:r>
            <w:proofErr w:type="spellEnd"/>
          </w:p>
        </w:tc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" w:type="dxa"/>
              <w:left w:w="20" w:type="dxa"/>
              <w:bottom w:w="3" w:type="dxa"/>
              <w:right w:w="20" w:type="dxa"/>
            </w:tcMar>
          </w:tcPr>
          <w:p w14:paraId="3D88E1E8" w14:textId="77777777" w:rsidR="0022364E" w:rsidRPr="008573A8" w:rsidRDefault="0022364E" w:rsidP="00CD1B01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Referat</w:t>
            </w:r>
            <w:proofErr w:type="spellEnd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nr. / </w:t>
            </w:r>
            <w:proofErr w:type="gram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data</w:t>
            </w:r>
            <w:proofErr w:type="gramEnd"/>
          </w:p>
        </w:tc>
      </w:tr>
      <w:tr w:rsidR="0022364E" w:rsidRPr="008573A8" w14:paraId="37CE7187" w14:textId="77777777" w:rsidTr="00CD1B01">
        <w:trPr>
          <w:jc w:val="center"/>
        </w:trPr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" w:type="dxa"/>
              <w:left w:w="20" w:type="dxa"/>
              <w:bottom w:w="3" w:type="dxa"/>
              <w:right w:w="20" w:type="dxa"/>
            </w:tcMar>
          </w:tcPr>
          <w:p w14:paraId="4C86CD7E" w14:textId="77777777" w:rsidR="0022364E" w:rsidRPr="008573A8" w:rsidRDefault="0022364E" w:rsidP="00CD1B01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igienă</w:t>
            </w:r>
            <w:proofErr w:type="spellEnd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, </w:t>
            </w: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sănătate</w:t>
            </w:r>
            <w:proofErr w:type="spellEnd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și</w:t>
            </w:r>
            <w:proofErr w:type="spellEnd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mediu</w:t>
            </w:r>
            <w:proofErr w:type="spellEnd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înconjurător</w:t>
            </w:r>
            <w:proofErr w:type="spellEnd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— </w:t>
            </w: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nume</w:t>
            </w:r>
            <w:proofErr w:type="spellEnd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și</w:t>
            </w:r>
            <w:proofErr w:type="spellEnd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prenume</w:t>
            </w:r>
            <w:proofErr w:type="spellEnd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verificator</w:t>
            </w:r>
            <w:proofErr w:type="spellEnd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/ nr. </w:t>
            </w: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atestat</w:t>
            </w:r>
            <w:proofErr w:type="spellEnd"/>
          </w:p>
        </w:tc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" w:type="dxa"/>
              <w:left w:w="20" w:type="dxa"/>
              <w:bottom w:w="3" w:type="dxa"/>
              <w:right w:w="20" w:type="dxa"/>
            </w:tcMar>
          </w:tcPr>
          <w:p w14:paraId="6A86288C" w14:textId="77777777" w:rsidR="0022364E" w:rsidRPr="008573A8" w:rsidRDefault="0022364E" w:rsidP="00CD1B01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Referat</w:t>
            </w:r>
            <w:proofErr w:type="spellEnd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nr. / </w:t>
            </w:r>
            <w:proofErr w:type="gram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data</w:t>
            </w:r>
            <w:proofErr w:type="gramEnd"/>
          </w:p>
        </w:tc>
      </w:tr>
      <w:tr w:rsidR="0022364E" w:rsidRPr="008573A8" w14:paraId="0608FB78" w14:textId="77777777" w:rsidTr="00CD1B01">
        <w:trPr>
          <w:jc w:val="center"/>
        </w:trPr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" w:type="dxa"/>
              <w:left w:w="20" w:type="dxa"/>
              <w:bottom w:w="3" w:type="dxa"/>
              <w:right w:w="20" w:type="dxa"/>
            </w:tcMar>
          </w:tcPr>
          <w:p w14:paraId="05E62CC0" w14:textId="77777777" w:rsidR="0022364E" w:rsidRPr="008573A8" w:rsidRDefault="0022364E" w:rsidP="00CD1B01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siguranță</w:t>
            </w:r>
            <w:proofErr w:type="spellEnd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și</w:t>
            </w:r>
            <w:proofErr w:type="spellEnd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accesibilitate</w:t>
            </w:r>
            <w:proofErr w:type="spellEnd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în</w:t>
            </w:r>
            <w:proofErr w:type="spellEnd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exploatare</w:t>
            </w:r>
            <w:proofErr w:type="spellEnd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— </w:t>
            </w: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nume</w:t>
            </w:r>
            <w:proofErr w:type="spellEnd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și</w:t>
            </w:r>
            <w:proofErr w:type="spellEnd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prenume</w:t>
            </w:r>
            <w:proofErr w:type="spellEnd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verificator</w:t>
            </w:r>
            <w:proofErr w:type="spellEnd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/ nr. </w:t>
            </w: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atestat</w:t>
            </w:r>
            <w:proofErr w:type="spellEnd"/>
          </w:p>
        </w:tc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" w:type="dxa"/>
              <w:left w:w="20" w:type="dxa"/>
              <w:bottom w:w="3" w:type="dxa"/>
              <w:right w:w="20" w:type="dxa"/>
            </w:tcMar>
          </w:tcPr>
          <w:p w14:paraId="6A4F7A05" w14:textId="77777777" w:rsidR="0022364E" w:rsidRPr="008573A8" w:rsidRDefault="0022364E" w:rsidP="00CD1B01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Referat</w:t>
            </w:r>
            <w:proofErr w:type="spellEnd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nr. / </w:t>
            </w:r>
            <w:proofErr w:type="gram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data</w:t>
            </w:r>
            <w:proofErr w:type="gramEnd"/>
          </w:p>
        </w:tc>
      </w:tr>
      <w:tr w:rsidR="0022364E" w:rsidRPr="008573A8" w14:paraId="3FD330AA" w14:textId="77777777" w:rsidTr="00CD1B01">
        <w:trPr>
          <w:jc w:val="center"/>
        </w:trPr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" w:type="dxa"/>
              <w:left w:w="20" w:type="dxa"/>
              <w:bottom w:w="3" w:type="dxa"/>
              <w:right w:w="20" w:type="dxa"/>
            </w:tcMar>
          </w:tcPr>
          <w:p w14:paraId="21A3E26B" w14:textId="77777777" w:rsidR="0022364E" w:rsidRPr="008573A8" w:rsidRDefault="0022364E" w:rsidP="00CD1B01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protecție</w:t>
            </w:r>
            <w:proofErr w:type="spellEnd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împotriva</w:t>
            </w:r>
            <w:proofErr w:type="spellEnd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zgomotului</w:t>
            </w:r>
            <w:proofErr w:type="spellEnd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— </w:t>
            </w: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nume</w:t>
            </w:r>
            <w:proofErr w:type="spellEnd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și</w:t>
            </w:r>
            <w:proofErr w:type="spellEnd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prenume</w:t>
            </w:r>
            <w:proofErr w:type="spellEnd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verificator</w:t>
            </w:r>
            <w:proofErr w:type="spellEnd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/ nr. </w:t>
            </w: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atestat</w:t>
            </w:r>
            <w:proofErr w:type="spellEnd"/>
          </w:p>
        </w:tc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" w:type="dxa"/>
              <w:left w:w="20" w:type="dxa"/>
              <w:bottom w:w="3" w:type="dxa"/>
              <w:right w:w="20" w:type="dxa"/>
            </w:tcMar>
          </w:tcPr>
          <w:p w14:paraId="2731E2B6" w14:textId="77777777" w:rsidR="0022364E" w:rsidRPr="008573A8" w:rsidRDefault="0022364E" w:rsidP="00CD1B01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Referat</w:t>
            </w:r>
            <w:proofErr w:type="spellEnd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nr. / </w:t>
            </w:r>
            <w:proofErr w:type="gram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data</w:t>
            </w:r>
            <w:proofErr w:type="gramEnd"/>
          </w:p>
        </w:tc>
      </w:tr>
      <w:tr w:rsidR="0022364E" w:rsidRPr="008573A8" w14:paraId="428CEC3E" w14:textId="77777777" w:rsidTr="00CD1B01">
        <w:trPr>
          <w:jc w:val="center"/>
        </w:trPr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" w:type="dxa"/>
              <w:left w:w="20" w:type="dxa"/>
              <w:bottom w:w="3" w:type="dxa"/>
              <w:right w:w="20" w:type="dxa"/>
            </w:tcMar>
          </w:tcPr>
          <w:p w14:paraId="23FECDB7" w14:textId="77777777" w:rsidR="0022364E" w:rsidRPr="008573A8" w:rsidRDefault="0022364E" w:rsidP="00CD1B01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economie</w:t>
            </w:r>
            <w:proofErr w:type="spellEnd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de </w:t>
            </w: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energie</w:t>
            </w:r>
            <w:proofErr w:type="spellEnd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și</w:t>
            </w:r>
            <w:proofErr w:type="spellEnd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izolare</w:t>
            </w:r>
            <w:proofErr w:type="spellEnd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termică</w:t>
            </w:r>
            <w:proofErr w:type="spellEnd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— </w:t>
            </w: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nume</w:t>
            </w:r>
            <w:proofErr w:type="spellEnd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și</w:t>
            </w:r>
            <w:proofErr w:type="spellEnd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prenume</w:t>
            </w:r>
            <w:proofErr w:type="spellEnd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verificator</w:t>
            </w:r>
            <w:proofErr w:type="spellEnd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/ nr. </w:t>
            </w: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atestat</w:t>
            </w:r>
            <w:proofErr w:type="spellEnd"/>
          </w:p>
        </w:tc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" w:type="dxa"/>
              <w:left w:w="20" w:type="dxa"/>
              <w:bottom w:w="3" w:type="dxa"/>
              <w:right w:w="20" w:type="dxa"/>
            </w:tcMar>
          </w:tcPr>
          <w:p w14:paraId="0126A4CD" w14:textId="77777777" w:rsidR="0022364E" w:rsidRPr="008573A8" w:rsidRDefault="0022364E" w:rsidP="00CD1B01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Referat</w:t>
            </w:r>
            <w:proofErr w:type="spellEnd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nr. / </w:t>
            </w:r>
            <w:proofErr w:type="gram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data</w:t>
            </w:r>
            <w:proofErr w:type="gramEnd"/>
          </w:p>
        </w:tc>
      </w:tr>
    </w:tbl>
    <w:p w14:paraId="334FE0F7" w14:textId="77777777" w:rsidR="0022364E" w:rsidRPr="008573A8" w:rsidRDefault="0022364E" w:rsidP="0022364E">
      <w:pPr>
        <w:spacing w:before="2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48"/>
        <w:gridCol w:w="3648"/>
        <w:gridCol w:w="3648"/>
      </w:tblGrid>
      <w:tr w:rsidR="0022364E" w:rsidRPr="008573A8" w14:paraId="427E7A3B" w14:textId="77777777" w:rsidTr="00CD1B01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3" w:type="dxa"/>
              <w:left w:w="20" w:type="dxa"/>
              <w:bottom w:w="3" w:type="dxa"/>
              <w:right w:w="20" w:type="dxa"/>
            </w:tcMar>
          </w:tcPr>
          <w:p w14:paraId="1A762BE4" w14:textId="77777777" w:rsidR="0022364E" w:rsidRPr="008573A8" w:rsidRDefault="0022364E" w:rsidP="00CD1B01">
            <w:pPr>
              <w:spacing w:before="10" w:after="10" w:line="240" w:lineRule="auto"/>
              <w:rPr>
                <w:sz w:val="24"/>
                <w:szCs w:val="24"/>
              </w:rPr>
            </w:pPr>
            <w:r w:rsidRPr="008573A8">
              <w:rPr>
                <w:rFonts w:ascii="Times New Roman" w:hAnsi="Times New Roman"/>
                <w:b/>
                <w:sz w:val="18"/>
                <w:szCs w:val="24"/>
              </w:rPr>
              <w:t>9. VALORI ȘI DURATĂ</w:t>
            </w:r>
          </w:p>
        </w:tc>
      </w:tr>
      <w:tr w:rsidR="0022364E" w:rsidRPr="008573A8" w14:paraId="5F007F3F" w14:textId="77777777" w:rsidTr="00CD1B01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" w:type="dxa"/>
              <w:left w:w="20" w:type="dxa"/>
              <w:bottom w:w="3" w:type="dxa"/>
              <w:right w:w="20" w:type="dxa"/>
            </w:tcMar>
          </w:tcPr>
          <w:p w14:paraId="09241050" w14:textId="77777777" w:rsidR="0022364E" w:rsidRPr="008573A8" w:rsidRDefault="0022364E" w:rsidP="00CD1B01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Valoarea</w:t>
            </w:r>
            <w:proofErr w:type="spellEnd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lucrărilor</w:t>
            </w:r>
            <w:proofErr w:type="spellEnd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supuse</w:t>
            </w:r>
            <w:proofErr w:type="spellEnd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autorizării</w:t>
            </w:r>
            <w:proofErr w:type="spellEnd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(lei)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" w:type="dxa"/>
              <w:left w:w="20" w:type="dxa"/>
              <w:bottom w:w="3" w:type="dxa"/>
              <w:right w:w="20" w:type="dxa"/>
            </w:tcMar>
          </w:tcPr>
          <w:p w14:paraId="47928F99" w14:textId="77777777" w:rsidR="0022364E" w:rsidRPr="008573A8" w:rsidRDefault="0022364E" w:rsidP="00CD1B01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Valoarea</w:t>
            </w:r>
            <w:proofErr w:type="spellEnd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obiectivului</w:t>
            </w:r>
            <w:proofErr w:type="spellEnd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(lei)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" w:type="dxa"/>
              <w:left w:w="20" w:type="dxa"/>
              <w:bottom w:w="3" w:type="dxa"/>
              <w:right w:w="20" w:type="dxa"/>
            </w:tcMar>
          </w:tcPr>
          <w:p w14:paraId="5C9BC5CF" w14:textId="77777777" w:rsidR="0022364E" w:rsidRPr="008573A8" w:rsidRDefault="0022364E" w:rsidP="00CD1B01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Durata</w:t>
            </w:r>
            <w:proofErr w:type="spellEnd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estimată</w:t>
            </w:r>
            <w:proofErr w:type="spellEnd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de </w:t>
            </w: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execuție</w:t>
            </w:r>
            <w:proofErr w:type="spellEnd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(</w:t>
            </w: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luni</w:t>
            </w:r>
            <w:proofErr w:type="spellEnd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)</w:t>
            </w:r>
          </w:p>
        </w:tc>
      </w:tr>
    </w:tbl>
    <w:p w14:paraId="311E870E" w14:textId="77777777" w:rsidR="0022364E" w:rsidRPr="008573A8" w:rsidRDefault="0022364E" w:rsidP="0022364E">
      <w:pPr>
        <w:spacing w:before="2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944"/>
      </w:tblGrid>
      <w:tr w:rsidR="0022364E" w:rsidRPr="008573A8" w14:paraId="7678D4F4" w14:textId="77777777" w:rsidTr="00CD1B01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2" w:type="dxa"/>
              <w:left w:w="20" w:type="dxa"/>
              <w:bottom w:w="2" w:type="dxa"/>
              <w:right w:w="20" w:type="dxa"/>
            </w:tcMar>
          </w:tcPr>
          <w:p w14:paraId="7B2FDE87" w14:textId="77777777" w:rsidR="0022364E" w:rsidRPr="008573A8" w:rsidRDefault="0022364E" w:rsidP="00CD1B01">
            <w:pPr>
              <w:spacing w:before="10" w:after="10" w:line="240" w:lineRule="auto"/>
              <w:rPr>
                <w:sz w:val="24"/>
                <w:szCs w:val="24"/>
              </w:rPr>
            </w:pPr>
            <w:r w:rsidRPr="008573A8">
              <w:rPr>
                <w:rFonts w:ascii="Times New Roman" w:hAnsi="Times New Roman"/>
                <w:b/>
                <w:sz w:val="18"/>
                <w:szCs w:val="24"/>
              </w:rPr>
              <w:t>10. ANEXEZ LA PREZENTA CERERE</w:t>
            </w:r>
          </w:p>
        </w:tc>
      </w:tr>
      <w:tr w:rsidR="0022364E" w:rsidRPr="008573A8" w14:paraId="3CF0F437" w14:textId="77777777" w:rsidTr="00CD1B01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" w:type="dxa"/>
              <w:left w:w="20" w:type="dxa"/>
              <w:bottom w:w="2" w:type="dxa"/>
              <w:right w:w="20" w:type="dxa"/>
            </w:tcMar>
          </w:tcPr>
          <w:p w14:paraId="148E94D9" w14:textId="77777777" w:rsidR="0022364E" w:rsidRPr="008573A8" w:rsidRDefault="0022364E" w:rsidP="00CD1B01">
            <w:pPr>
              <w:spacing w:after="10" w:line="240" w:lineRule="auto"/>
              <w:rPr>
                <w:sz w:val="24"/>
                <w:szCs w:val="24"/>
              </w:rPr>
            </w:pPr>
            <w:r w:rsidRPr="008573A8">
              <w:rPr>
                <w:rFonts w:ascii="Times New Roman" w:hAnsi="Times New Roman"/>
                <w:sz w:val="16"/>
                <w:szCs w:val="24"/>
              </w:rPr>
              <w:t xml:space="preserve">☐ a) extras de plan cadastral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actualizat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și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extras de carte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funciară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actualizat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, nu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mai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vechi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de 30 de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zile</w:t>
            </w:r>
            <w:proofErr w:type="spellEnd"/>
          </w:p>
        </w:tc>
      </w:tr>
      <w:tr w:rsidR="0022364E" w:rsidRPr="008573A8" w14:paraId="5D8D4DB5" w14:textId="77777777" w:rsidTr="00CD1B01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" w:type="dxa"/>
              <w:left w:w="20" w:type="dxa"/>
              <w:bottom w:w="2" w:type="dxa"/>
              <w:right w:w="20" w:type="dxa"/>
            </w:tcMar>
          </w:tcPr>
          <w:p w14:paraId="02D5C258" w14:textId="77777777" w:rsidR="0022364E" w:rsidRPr="008573A8" w:rsidRDefault="0022364E" w:rsidP="00CD1B01">
            <w:pPr>
              <w:spacing w:after="10" w:line="240" w:lineRule="auto"/>
              <w:rPr>
                <w:sz w:val="24"/>
                <w:szCs w:val="24"/>
              </w:rPr>
            </w:pPr>
            <w:r w:rsidRPr="008573A8">
              <w:rPr>
                <w:rFonts w:ascii="Times New Roman" w:hAnsi="Times New Roman"/>
                <w:sz w:val="16"/>
                <w:szCs w:val="24"/>
              </w:rPr>
              <w:t xml:space="preserve">☐ b)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actele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care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atestă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dreptul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în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baza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căruia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titularul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poate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solicita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emiterea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autorizației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,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dacă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este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cazul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(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copie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conform cu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originalul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>)</w:t>
            </w:r>
          </w:p>
        </w:tc>
      </w:tr>
      <w:tr w:rsidR="0022364E" w:rsidRPr="008573A8" w14:paraId="241B4F59" w14:textId="77777777" w:rsidTr="00CD1B01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" w:type="dxa"/>
              <w:left w:w="20" w:type="dxa"/>
              <w:bottom w:w="2" w:type="dxa"/>
              <w:right w:w="20" w:type="dxa"/>
            </w:tcMar>
          </w:tcPr>
          <w:p w14:paraId="10EB0B40" w14:textId="77777777" w:rsidR="0022364E" w:rsidRPr="008573A8" w:rsidRDefault="0022364E" w:rsidP="00CD1B01">
            <w:pPr>
              <w:spacing w:after="10" w:line="240" w:lineRule="auto"/>
              <w:rPr>
                <w:sz w:val="24"/>
                <w:szCs w:val="24"/>
              </w:rPr>
            </w:pPr>
            <w:r w:rsidRPr="008573A8">
              <w:rPr>
                <w:rFonts w:ascii="Times New Roman" w:hAnsi="Times New Roman"/>
                <w:sz w:val="16"/>
                <w:szCs w:val="24"/>
              </w:rPr>
              <w:t xml:space="preserve">☐ c)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proiectul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pentru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autorizarea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construirii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/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desființării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/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intervențiilor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asupra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construcțiilor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existente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/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amenajării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/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organizării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de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șantier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,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după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caz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(2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exemplare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originale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sau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1 exemplar original,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în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format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letric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,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acolo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unde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autoritatea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are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posibilitatea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de </w:t>
            </w:r>
            <w:proofErr w:type="gramStart"/>
            <w:r w:rsidRPr="008573A8">
              <w:rPr>
                <w:rFonts w:ascii="Times New Roman" w:hAnsi="Times New Roman"/>
                <w:sz w:val="16"/>
                <w:szCs w:val="24"/>
              </w:rPr>
              <w:t>a</w:t>
            </w:r>
            <w:proofErr w:type="gram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arhiva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în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format digital)</w:t>
            </w:r>
          </w:p>
        </w:tc>
      </w:tr>
      <w:tr w:rsidR="0022364E" w:rsidRPr="008573A8" w14:paraId="4716C7B6" w14:textId="77777777" w:rsidTr="00CD1B01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" w:type="dxa"/>
              <w:left w:w="20" w:type="dxa"/>
              <w:bottom w:w="2" w:type="dxa"/>
              <w:right w:w="20" w:type="dxa"/>
            </w:tcMar>
          </w:tcPr>
          <w:p w14:paraId="46BFCC8B" w14:textId="77777777" w:rsidR="0022364E" w:rsidRPr="008573A8" w:rsidRDefault="0022364E" w:rsidP="00CD1B01">
            <w:pPr>
              <w:spacing w:after="10" w:line="240" w:lineRule="auto"/>
              <w:rPr>
                <w:sz w:val="24"/>
                <w:szCs w:val="24"/>
              </w:rPr>
            </w:pPr>
            <w:r w:rsidRPr="008573A8">
              <w:rPr>
                <w:rFonts w:ascii="Times New Roman" w:hAnsi="Times New Roman"/>
                <w:sz w:val="16"/>
                <w:szCs w:val="24"/>
              </w:rPr>
              <w:t xml:space="preserve">☐ d)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referatele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de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verificare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ale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proiectului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,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corespunzător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clasei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de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consecințe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gramStart"/>
            <w:r w:rsidRPr="008573A8">
              <w:rPr>
                <w:rFonts w:ascii="Times New Roman" w:hAnsi="Times New Roman"/>
                <w:sz w:val="16"/>
                <w:szCs w:val="24"/>
              </w:rPr>
              <w:t>a</w:t>
            </w:r>
            <w:proofErr w:type="gram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obiectivului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(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câte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1 exemplar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copie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>)</w:t>
            </w:r>
          </w:p>
        </w:tc>
      </w:tr>
      <w:tr w:rsidR="0022364E" w:rsidRPr="008573A8" w14:paraId="0AA46E3A" w14:textId="77777777" w:rsidTr="00CD1B01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" w:type="dxa"/>
              <w:left w:w="20" w:type="dxa"/>
              <w:bottom w:w="2" w:type="dxa"/>
              <w:right w:w="20" w:type="dxa"/>
            </w:tcMar>
          </w:tcPr>
          <w:p w14:paraId="4FF87B71" w14:textId="77777777" w:rsidR="0022364E" w:rsidRPr="008573A8" w:rsidRDefault="0022364E" w:rsidP="00CD1B01">
            <w:pPr>
              <w:spacing w:after="10" w:line="240" w:lineRule="auto"/>
              <w:rPr>
                <w:sz w:val="24"/>
                <w:szCs w:val="24"/>
              </w:rPr>
            </w:pPr>
            <w:r w:rsidRPr="008573A8">
              <w:rPr>
                <w:rFonts w:ascii="Times New Roman" w:hAnsi="Times New Roman"/>
                <w:sz w:val="16"/>
                <w:szCs w:val="24"/>
              </w:rPr>
              <w:t xml:space="preserve">☐ e)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avizele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și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acordurile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stabilite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prin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certificatul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de urbanism nr. ...... din .................... (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câte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1 exemplar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copie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>)</w:t>
            </w:r>
          </w:p>
        </w:tc>
      </w:tr>
      <w:tr w:rsidR="0022364E" w:rsidRPr="008573A8" w14:paraId="731AA6FE" w14:textId="77777777" w:rsidTr="00CD1B01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" w:type="dxa"/>
              <w:left w:w="20" w:type="dxa"/>
              <w:bottom w:w="2" w:type="dxa"/>
              <w:right w:w="20" w:type="dxa"/>
            </w:tcMar>
          </w:tcPr>
          <w:p w14:paraId="6125682E" w14:textId="77777777" w:rsidR="0022364E" w:rsidRPr="008573A8" w:rsidRDefault="0022364E" w:rsidP="00CD1B01">
            <w:pPr>
              <w:spacing w:after="10" w:line="240" w:lineRule="auto"/>
              <w:rPr>
                <w:sz w:val="24"/>
                <w:szCs w:val="24"/>
              </w:rPr>
            </w:pPr>
            <w:proofErr w:type="spellStart"/>
            <w:r w:rsidRPr="008573A8">
              <w:rPr>
                <w:rFonts w:ascii="Times New Roman" w:hAnsi="Times New Roman"/>
                <w:i/>
                <w:color w:val="5A5A5A"/>
                <w:sz w:val="15"/>
                <w:szCs w:val="24"/>
              </w:rPr>
              <w:t>avizele</w:t>
            </w:r>
            <w:proofErr w:type="spellEnd"/>
            <w:r w:rsidRPr="008573A8">
              <w:rPr>
                <w:rFonts w:ascii="Times New Roman" w:hAnsi="Times New Roman"/>
                <w:i/>
                <w:color w:val="5A5A5A"/>
                <w:sz w:val="15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i/>
                <w:color w:val="5A5A5A"/>
                <w:sz w:val="15"/>
                <w:szCs w:val="24"/>
              </w:rPr>
              <w:t>și</w:t>
            </w:r>
            <w:proofErr w:type="spellEnd"/>
            <w:r w:rsidRPr="008573A8">
              <w:rPr>
                <w:rFonts w:ascii="Times New Roman" w:hAnsi="Times New Roman"/>
                <w:i/>
                <w:color w:val="5A5A5A"/>
                <w:sz w:val="15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i/>
                <w:color w:val="5A5A5A"/>
                <w:sz w:val="15"/>
                <w:szCs w:val="24"/>
              </w:rPr>
              <w:t>acordurile</w:t>
            </w:r>
            <w:proofErr w:type="spellEnd"/>
            <w:r w:rsidRPr="008573A8">
              <w:rPr>
                <w:rFonts w:ascii="Times New Roman" w:hAnsi="Times New Roman"/>
                <w:i/>
                <w:color w:val="5A5A5A"/>
                <w:sz w:val="15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i/>
                <w:color w:val="5A5A5A"/>
                <w:sz w:val="15"/>
                <w:szCs w:val="24"/>
              </w:rPr>
              <w:t>anexate</w:t>
            </w:r>
            <w:proofErr w:type="spellEnd"/>
            <w:r w:rsidRPr="008573A8">
              <w:rPr>
                <w:rFonts w:ascii="Times New Roman" w:hAnsi="Times New Roman"/>
                <w:i/>
                <w:color w:val="5A5A5A"/>
                <w:sz w:val="15"/>
                <w:szCs w:val="24"/>
              </w:rPr>
              <w:t xml:space="preserve"> — </w:t>
            </w:r>
            <w:proofErr w:type="spellStart"/>
            <w:r w:rsidRPr="008573A8">
              <w:rPr>
                <w:rFonts w:ascii="Times New Roman" w:hAnsi="Times New Roman"/>
                <w:i/>
                <w:color w:val="5A5A5A"/>
                <w:sz w:val="15"/>
                <w:szCs w:val="24"/>
              </w:rPr>
              <w:t>enumerare</w:t>
            </w:r>
            <w:proofErr w:type="spellEnd"/>
            <w:r w:rsidRPr="008573A8">
              <w:rPr>
                <w:rFonts w:ascii="Times New Roman" w:hAnsi="Times New Roman"/>
                <w:i/>
                <w:color w:val="5A5A5A"/>
                <w:sz w:val="15"/>
                <w:szCs w:val="24"/>
              </w:rPr>
              <w:br/>
            </w:r>
            <w:r w:rsidRPr="008573A8">
              <w:rPr>
                <w:rFonts w:ascii="Times New Roman" w:hAnsi="Times New Roman"/>
                <w:i/>
                <w:color w:val="5A5A5A"/>
                <w:sz w:val="15"/>
                <w:szCs w:val="24"/>
              </w:rPr>
              <w:br/>
              <w:t>...........................................................................................................................................................................................................</w:t>
            </w:r>
          </w:p>
        </w:tc>
      </w:tr>
      <w:tr w:rsidR="0022364E" w:rsidRPr="008573A8" w14:paraId="744A654F" w14:textId="77777777" w:rsidTr="00CD1B01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" w:type="dxa"/>
              <w:left w:w="20" w:type="dxa"/>
              <w:bottom w:w="2" w:type="dxa"/>
              <w:right w:w="20" w:type="dxa"/>
            </w:tcMar>
          </w:tcPr>
          <w:p w14:paraId="608548E5" w14:textId="77777777" w:rsidR="0022364E" w:rsidRPr="008573A8" w:rsidRDefault="0022364E" w:rsidP="00CD1B01">
            <w:pPr>
              <w:spacing w:after="10" w:line="240" w:lineRule="auto"/>
              <w:rPr>
                <w:sz w:val="24"/>
                <w:szCs w:val="24"/>
              </w:rPr>
            </w:pPr>
            <w:r w:rsidRPr="008573A8">
              <w:rPr>
                <w:rFonts w:ascii="Times New Roman" w:hAnsi="Times New Roman"/>
                <w:sz w:val="16"/>
                <w:szCs w:val="24"/>
              </w:rPr>
              <w:t xml:space="preserve">☐ f)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punctul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de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vedere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sau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actul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administrativ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al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autorității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competente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pentru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protecția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mediului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,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în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cazul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în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care a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fost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solicitată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evaluarea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,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și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acordul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de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mediu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,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dacă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este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cazul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(1 exemplar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copie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>)</w:t>
            </w:r>
          </w:p>
        </w:tc>
      </w:tr>
      <w:tr w:rsidR="0022364E" w:rsidRPr="008573A8" w14:paraId="399193A1" w14:textId="77777777" w:rsidTr="00CD1B01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" w:type="dxa"/>
              <w:left w:w="20" w:type="dxa"/>
              <w:bottom w:w="2" w:type="dxa"/>
              <w:right w:w="20" w:type="dxa"/>
            </w:tcMar>
          </w:tcPr>
          <w:p w14:paraId="651D8C05" w14:textId="77777777" w:rsidR="0022364E" w:rsidRPr="008573A8" w:rsidRDefault="0022364E" w:rsidP="00CD1B01">
            <w:pPr>
              <w:spacing w:after="10" w:line="240" w:lineRule="auto"/>
              <w:rPr>
                <w:sz w:val="24"/>
                <w:szCs w:val="24"/>
              </w:rPr>
            </w:pPr>
            <w:r w:rsidRPr="008573A8">
              <w:rPr>
                <w:rFonts w:ascii="Times New Roman" w:hAnsi="Times New Roman"/>
                <w:sz w:val="16"/>
                <w:szCs w:val="24"/>
              </w:rPr>
              <w:t xml:space="preserve">☐ g)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declarația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pe propria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răspundere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în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cazul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în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care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pentru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anumite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avize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/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acorduri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se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invocă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acordarea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tacită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(original)</w:t>
            </w:r>
          </w:p>
        </w:tc>
      </w:tr>
      <w:tr w:rsidR="0022364E" w:rsidRPr="008573A8" w14:paraId="4B446A0C" w14:textId="77777777" w:rsidTr="00CD1B01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" w:type="dxa"/>
              <w:left w:w="20" w:type="dxa"/>
              <w:bottom w:w="2" w:type="dxa"/>
              <w:right w:w="20" w:type="dxa"/>
            </w:tcMar>
          </w:tcPr>
          <w:p w14:paraId="20D94BFA" w14:textId="77777777" w:rsidR="0022364E" w:rsidRPr="008573A8" w:rsidRDefault="0022364E" w:rsidP="00CD1B01">
            <w:pPr>
              <w:spacing w:after="10" w:line="240" w:lineRule="auto"/>
              <w:rPr>
                <w:sz w:val="24"/>
                <w:szCs w:val="24"/>
              </w:rPr>
            </w:pPr>
            <w:r w:rsidRPr="008573A8">
              <w:rPr>
                <w:rFonts w:ascii="Times New Roman" w:hAnsi="Times New Roman"/>
                <w:sz w:val="16"/>
                <w:szCs w:val="24"/>
              </w:rPr>
              <w:t xml:space="preserve">☐ h)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acordul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vecinilor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(1 exemplar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copie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>)</w:t>
            </w:r>
          </w:p>
        </w:tc>
      </w:tr>
      <w:tr w:rsidR="0022364E" w:rsidRPr="008573A8" w14:paraId="4ABC7874" w14:textId="77777777" w:rsidTr="00CD1B01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" w:type="dxa"/>
              <w:left w:w="20" w:type="dxa"/>
              <w:bottom w:w="2" w:type="dxa"/>
              <w:right w:w="20" w:type="dxa"/>
            </w:tcMar>
          </w:tcPr>
          <w:p w14:paraId="1AA518FE" w14:textId="77777777" w:rsidR="0022364E" w:rsidRPr="008573A8" w:rsidRDefault="0022364E" w:rsidP="00CD1B01">
            <w:pPr>
              <w:spacing w:after="10" w:line="240" w:lineRule="auto"/>
              <w:rPr>
                <w:sz w:val="24"/>
                <w:szCs w:val="24"/>
              </w:rPr>
            </w:pPr>
            <w:r w:rsidRPr="008573A8">
              <w:rPr>
                <w:rFonts w:ascii="Times New Roman" w:hAnsi="Times New Roman"/>
                <w:sz w:val="16"/>
                <w:szCs w:val="24"/>
              </w:rPr>
              <w:t xml:space="preserve">☐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i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)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raportul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de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expertiză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tehnică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preliminară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privind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influența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asupra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vecinătăților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,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pentru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cerința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fundamentală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rezistență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mecanică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și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stabilitate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,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dacă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este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cazul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(1 exemplar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copie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>)</w:t>
            </w:r>
          </w:p>
        </w:tc>
      </w:tr>
      <w:tr w:rsidR="0022364E" w:rsidRPr="008573A8" w14:paraId="4B54436F" w14:textId="77777777" w:rsidTr="00CD1B01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" w:type="dxa"/>
              <w:left w:w="20" w:type="dxa"/>
              <w:bottom w:w="2" w:type="dxa"/>
              <w:right w:w="20" w:type="dxa"/>
            </w:tcMar>
          </w:tcPr>
          <w:p w14:paraId="3B65CC1D" w14:textId="77777777" w:rsidR="0022364E" w:rsidRPr="008573A8" w:rsidRDefault="0022364E" w:rsidP="00CD1B01">
            <w:pPr>
              <w:spacing w:after="10" w:line="240" w:lineRule="auto"/>
              <w:rPr>
                <w:sz w:val="24"/>
                <w:szCs w:val="24"/>
              </w:rPr>
            </w:pPr>
            <w:r w:rsidRPr="008573A8">
              <w:rPr>
                <w:rFonts w:ascii="Times New Roman" w:hAnsi="Times New Roman"/>
                <w:sz w:val="16"/>
                <w:szCs w:val="24"/>
              </w:rPr>
              <w:t xml:space="preserve">☐ j)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rapoartele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de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expertiză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tehnică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pentru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cerințele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fundamentale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rezistență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mecanică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și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stabilitate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și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securitate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la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incendiu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, precum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și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pentru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celelalte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cerințe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fundamentale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,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în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cazul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intervențiilor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la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construcții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existente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(1 exemplar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copie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>)</w:t>
            </w:r>
          </w:p>
        </w:tc>
      </w:tr>
      <w:tr w:rsidR="0022364E" w:rsidRPr="008573A8" w14:paraId="2E5A9237" w14:textId="77777777" w:rsidTr="00CD1B01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" w:type="dxa"/>
              <w:left w:w="20" w:type="dxa"/>
              <w:bottom w:w="2" w:type="dxa"/>
              <w:right w:w="20" w:type="dxa"/>
            </w:tcMar>
          </w:tcPr>
          <w:p w14:paraId="7AABDD6D" w14:textId="77777777" w:rsidR="0022364E" w:rsidRPr="008573A8" w:rsidRDefault="0022364E" w:rsidP="00CD1B01">
            <w:pPr>
              <w:spacing w:after="10" w:line="240" w:lineRule="auto"/>
              <w:rPr>
                <w:sz w:val="24"/>
                <w:szCs w:val="24"/>
              </w:rPr>
            </w:pPr>
            <w:r w:rsidRPr="008573A8">
              <w:rPr>
                <w:rFonts w:ascii="Times New Roman" w:hAnsi="Times New Roman"/>
                <w:sz w:val="16"/>
                <w:szCs w:val="24"/>
              </w:rPr>
              <w:t xml:space="preserve">☐ k)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raportul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privind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cerințele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minime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de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conformare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a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unei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clădiri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cu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consum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de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energie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aproape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egal cu zero,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dacă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este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cazul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(1 exemplar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copie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>)</w:t>
            </w:r>
          </w:p>
        </w:tc>
      </w:tr>
      <w:tr w:rsidR="0022364E" w:rsidRPr="008573A8" w14:paraId="3FF8F712" w14:textId="77777777" w:rsidTr="00CD1B01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" w:type="dxa"/>
              <w:left w:w="20" w:type="dxa"/>
              <w:bottom w:w="2" w:type="dxa"/>
              <w:right w:w="20" w:type="dxa"/>
            </w:tcMar>
          </w:tcPr>
          <w:p w14:paraId="63A805F2" w14:textId="77777777" w:rsidR="0022364E" w:rsidRPr="008573A8" w:rsidRDefault="0022364E" w:rsidP="00CD1B01">
            <w:pPr>
              <w:spacing w:after="10" w:line="240" w:lineRule="auto"/>
              <w:rPr>
                <w:sz w:val="24"/>
                <w:szCs w:val="24"/>
              </w:rPr>
            </w:pPr>
            <w:r w:rsidRPr="008573A8">
              <w:rPr>
                <w:rFonts w:ascii="Times New Roman" w:hAnsi="Times New Roman"/>
                <w:sz w:val="16"/>
                <w:szCs w:val="24"/>
              </w:rPr>
              <w:t xml:space="preserve">☐ l)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raportul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de audit energetic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în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vederea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creșterii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performanței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energetice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,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în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cazul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intervențiilor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la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clădiri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existente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(1 exemplar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copie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>)</w:t>
            </w:r>
          </w:p>
        </w:tc>
      </w:tr>
      <w:tr w:rsidR="0022364E" w:rsidRPr="008573A8" w14:paraId="10136947" w14:textId="77777777" w:rsidTr="00CD1B01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" w:type="dxa"/>
              <w:left w:w="20" w:type="dxa"/>
              <w:bottom w:w="2" w:type="dxa"/>
              <w:right w:w="20" w:type="dxa"/>
            </w:tcMar>
          </w:tcPr>
          <w:p w14:paraId="4D2B456E" w14:textId="77777777" w:rsidR="0022364E" w:rsidRPr="008573A8" w:rsidRDefault="0022364E" w:rsidP="00CD1B01">
            <w:pPr>
              <w:spacing w:after="10" w:line="240" w:lineRule="auto"/>
              <w:rPr>
                <w:sz w:val="24"/>
                <w:szCs w:val="24"/>
              </w:rPr>
            </w:pPr>
            <w:r w:rsidRPr="008573A8">
              <w:rPr>
                <w:rFonts w:ascii="Times New Roman" w:hAnsi="Times New Roman"/>
                <w:sz w:val="16"/>
                <w:szCs w:val="24"/>
              </w:rPr>
              <w:t xml:space="preserve">☐ m)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proiectul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pentru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acordul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/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autorizația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administratorului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drumului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,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pentru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lucrările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executate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pe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domeniul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public la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infrastructura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tehnico-edilitară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și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căile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de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acces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,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dacă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este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cazul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(1 exemplar original)</w:t>
            </w:r>
          </w:p>
        </w:tc>
      </w:tr>
      <w:tr w:rsidR="0022364E" w:rsidRPr="008573A8" w14:paraId="32FC4339" w14:textId="77777777" w:rsidTr="00CD1B01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" w:type="dxa"/>
              <w:left w:w="20" w:type="dxa"/>
              <w:bottom w:w="2" w:type="dxa"/>
              <w:right w:w="20" w:type="dxa"/>
            </w:tcMar>
          </w:tcPr>
          <w:p w14:paraId="53BA73E0" w14:textId="77777777" w:rsidR="0022364E" w:rsidRPr="008573A8" w:rsidRDefault="0022364E" w:rsidP="00CD1B01">
            <w:pPr>
              <w:spacing w:after="10" w:line="240" w:lineRule="auto"/>
              <w:rPr>
                <w:sz w:val="24"/>
                <w:szCs w:val="24"/>
              </w:rPr>
            </w:pPr>
            <w:r w:rsidRPr="008573A8">
              <w:rPr>
                <w:rFonts w:ascii="Times New Roman" w:hAnsi="Times New Roman"/>
                <w:sz w:val="16"/>
                <w:szCs w:val="24"/>
              </w:rPr>
              <w:t xml:space="preserve">☐ n)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dovada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privind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luarea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în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evidență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a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proiectului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de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către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Ordinul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Arhitecților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din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România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(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copie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>)</w:t>
            </w:r>
          </w:p>
        </w:tc>
      </w:tr>
      <w:tr w:rsidR="0022364E" w:rsidRPr="008573A8" w14:paraId="61637A3C" w14:textId="77777777" w:rsidTr="00CD1B01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" w:type="dxa"/>
              <w:left w:w="20" w:type="dxa"/>
              <w:bottom w:w="2" w:type="dxa"/>
              <w:right w:w="20" w:type="dxa"/>
            </w:tcMar>
          </w:tcPr>
          <w:p w14:paraId="12ABBC4C" w14:textId="77777777" w:rsidR="0022364E" w:rsidRPr="008573A8" w:rsidRDefault="0022364E" w:rsidP="00CD1B01">
            <w:pPr>
              <w:spacing w:after="10" w:line="240" w:lineRule="auto"/>
              <w:rPr>
                <w:sz w:val="24"/>
                <w:szCs w:val="24"/>
              </w:rPr>
            </w:pPr>
            <w:r w:rsidRPr="008573A8">
              <w:rPr>
                <w:rFonts w:ascii="Times New Roman" w:hAnsi="Times New Roman"/>
                <w:sz w:val="16"/>
                <w:szCs w:val="24"/>
              </w:rPr>
              <w:t xml:space="preserve">☐ o)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devizul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general al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obiectivului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de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investiții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(1 exemplar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copie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>)</w:t>
            </w:r>
          </w:p>
        </w:tc>
      </w:tr>
      <w:tr w:rsidR="0022364E" w:rsidRPr="008573A8" w14:paraId="236C675D" w14:textId="77777777" w:rsidTr="00CD1B01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" w:type="dxa"/>
              <w:left w:w="20" w:type="dxa"/>
              <w:bottom w:w="2" w:type="dxa"/>
              <w:right w:w="20" w:type="dxa"/>
            </w:tcMar>
          </w:tcPr>
          <w:p w14:paraId="40554CB4" w14:textId="77777777" w:rsidR="0022364E" w:rsidRPr="008573A8" w:rsidRDefault="0022364E" w:rsidP="00CD1B01">
            <w:pPr>
              <w:spacing w:after="10" w:line="240" w:lineRule="auto"/>
              <w:rPr>
                <w:sz w:val="24"/>
                <w:szCs w:val="24"/>
              </w:rPr>
            </w:pPr>
            <w:r w:rsidRPr="008573A8">
              <w:rPr>
                <w:rFonts w:ascii="Times New Roman" w:hAnsi="Times New Roman"/>
                <w:sz w:val="16"/>
                <w:szCs w:val="24"/>
              </w:rPr>
              <w:t xml:space="preserve">☐ p)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documentele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de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plată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a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taxelor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legale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în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vederea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autorizării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(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copie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>)</w:t>
            </w:r>
          </w:p>
        </w:tc>
      </w:tr>
      <w:tr w:rsidR="0022364E" w:rsidRPr="008573A8" w14:paraId="1D3A02AE" w14:textId="77777777" w:rsidTr="00CD1B01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" w:type="dxa"/>
              <w:left w:w="20" w:type="dxa"/>
              <w:bottom w:w="2" w:type="dxa"/>
              <w:right w:w="20" w:type="dxa"/>
            </w:tcMar>
          </w:tcPr>
          <w:p w14:paraId="10C629B0" w14:textId="77777777" w:rsidR="0022364E" w:rsidRPr="008573A8" w:rsidRDefault="0022364E" w:rsidP="00CD1B01">
            <w:pPr>
              <w:spacing w:after="10" w:line="240" w:lineRule="auto"/>
              <w:rPr>
                <w:sz w:val="24"/>
                <w:szCs w:val="24"/>
              </w:rPr>
            </w:pPr>
            <w:r w:rsidRPr="008573A8">
              <w:rPr>
                <w:rFonts w:ascii="Times New Roman" w:hAnsi="Times New Roman"/>
                <w:sz w:val="16"/>
                <w:szCs w:val="24"/>
              </w:rPr>
              <w:t xml:space="preserve">☐ q)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anexa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la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cererea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pentru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emiterea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autorizației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de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construire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/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desființare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,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completată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cu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toate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elementele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necesare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descrierii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lucrărilor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(2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exemplare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sz w:val="16"/>
                <w:szCs w:val="24"/>
              </w:rPr>
              <w:t>originale</w:t>
            </w:r>
            <w:proofErr w:type="spellEnd"/>
            <w:r w:rsidRPr="008573A8">
              <w:rPr>
                <w:rFonts w:ascii="Times New Roman" w:hAnsi="Times New Roman"/>
                <w:sz w:val="16"/>
                <w:szCs w:val="24"/>
              </w:rPr>
              <w:t>)</w:t>
            </w:r>
          </w:p>
        </w:tc>
      </w:tr>
      <w:tr w:rsidR="0022364E" w:rsidRPr="008573A8" w14:paraId="01838520" w14:textId="77777777" w:rsidTr="00CD1B01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" w:type="dxa"/>
              <w:left w:w="20" w:type="dxa"/>
              <w:bottom w:w="2" w:type="dxa"/>
              <w:right w:w="20" w:type="dxa"/>
            </w:tcMar>
          </w:tcPr>
          <w:p w14:paraId="55859A76" w14:textId="77777777" w:rsidR="0022364E" w:rsidRPr="008573A8" w:rsidRDefault="0022364E" w:rsidP="00CD1B01">
            <w:pPr>
              <w:spacing w:after="10" w:line="240" w:lineRule="auto"/>
              <w:rPr>
                <w:sz w:val="24"/>
                <w:szCs w:val="24"/>
              </w:rPr>
            </w:pPr>
            <w:proofErr w:type="spellStart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>Declar</w:t>
            </w:r>
            <w:proofErr w:type="spellEnd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 xml:space="preserve"> pe propria </w:t>
            </w:r>
            <w:proofErr w:type="spellStart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>răspundere</w:t>
            </w:r>
            <w:proofErr w:type="spellEnd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 xml:space="preserve">, sub </w:t>
            </w:r>
            <w:proofErr w:type="spellStart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>sancțiunea</w:t>
            </w:r>
            <w:proofErr w:type="spellEnd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>Codului</w:t>
            </w:r>
            <w:proofErr w:type="spellEnd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 xml:space="preserve"> penal </w:t>
            </w:r>
            <w:proofErr w:type="spellStart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>privind</w:t>
            </w:r>
            <w:proofErr w:type="spellEnd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>infracțiunea</w:t>
            </w:r>
            <w:proofErr w:type="spellEnd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 xml:space="preserve"> de </w:t>
            </w:r>
            <w:proofErr w:type="spellStart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>fals</w:t>
            </w:r>
            <w:proofErr w:type="spellEnd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>în</w:t>
            </w:r>
            <w:proofErr w:type="spellEnd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>declarații</w:t>
            </w:r>
            <w:proofErr w:type="spellEnd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 xml:space="preserve">, </w:t>
            </w:r>
            <w:proofErr w:type="spellStart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>că</w:t>
            </w:r>
            <w:proofErr w:type="spellEnd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>datele</w:t>
            </w:r>
            <w:proofErr w:type="spellEnd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>menționate</w:t>
            </w:r>
            <w:proofErr w:type="spellEnd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>în</w:t>
            </w:r>
            <w:proofErr w:type="spellEnd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>prezenta</w:t>
            </w:r>
            <w:proofErr w:type="spellEnd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>cerere</w:t>
            </w:r>
            <w:proofErr w:type="spellEnd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 xml:space="preserve"> sunt </w:t>
            </w:r>
            <w:proofErr w:type="spellStart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>reale</w:t>
            </w:r>
            <w:proofErr w:type="spellEnd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>și</w:t>
            </w:r>
            <w:proofErr w:type="spellEnd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>exacte</w:t>
            </w:r>
            <w:proofErr w:type="spellEnd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>și</w:t>
            </w:r>
            <w:proofErr w:type="spellEnd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>mă</w:t>
            </w:r>
            <w:proofErr w:type="spellEnd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>angajez</w:t>
            </w:r>
            <w:proofErr w:type="spellEnd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 xml:space="preserve"> ca </w:t>
            </w:r>
            <w:proofErr w:type="spellStart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>executarea</w:t>
            </w:r>
            <w:proofErr w:type="spellEnd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>lucrărilor</w:t>
            </w:r>
            <w:proofErr w:type="spellEnd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 xml:space="preserve"> de </w:t>
            </w:r>
            <w:proofErr w:type="spellStart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>construire</w:t>
            </w:r>
            <w:proofErr w:type="spellEnd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>să</w:t>
            </w:r>
            <w:proofErr w:type="spellEnd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 xml:space="preserve"> se </w:t>
            </w:r>
            <w:proofErr w:type="spellStart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>realizeze</w:t>
            </w:r>
            <w:proofErr w:type="spellEnd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 xml:space="preserve"> cu </w:t>
            </w:r>
            <w:proofErr w:type="spellStart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>respectarea</w:t>
            </w:r>
            <w:proofErr w:type="spellEnd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>autorizației</w:t>
            </w:r>
            <w:proofErr w:type="spellEnd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 xml:space="preserve"> de </w:t>
            </w:r>
            <w:proofErr w:type="spellStart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>construire</w:t>
            </w:r>
            <w:proofErr w:type="spellEnd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 xml:space="preserve">, a </w:t>
            </w:r>
            <w:proofErr w:type="spellStart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>proiectului</w:t>
            </w:r>
            <w:proofErr w:type="spellEnd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>aferent</w:t>
            </w:r>
            <w:proofErr w:type="spellEnd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>vizat</w:t>
            </w:r>
            <w:proofErr w:type="spellEnd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>spre</w:t>
            </w:r>
            <w:proofErr w:type="spellEnd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>neschimbare</w:t>
            </w:r>
            <w:proofErr w:type="spellEnd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>și</w:t>
            </w:r>
            <w:proofErr w:type="spellEnd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>numai</w:t>
            </w:r>
            <w:proofErr w:type="spellEnd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 xml:space="preserve"> pe </w:t>
            </w:r>
            <w:proofErr w:type="spellStart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>baza</w:t>
            </w:r>
            <w:proofErr w:type="spellEnd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>proiectului</w:t>
            </w:r>
            <w:proofErr w:type="spellEnd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>tehnic</w:t>
            </w:r>
            <w:proofErr w:type="spellEnd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 xml:space="preserve"> de </w:t>
            </w:r>
            <w:proofErr w:type="spellStart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>execuție</w:t>
            </w:r>
            <w:proofErr w:type="spellEnd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 xml:space="preserve">, </w:t>
            </w:r>
            <w:proofErr w:type="spellStart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>astfel</w:t>
            </w:r>
            <w:proofErr w:type="spellEnd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 xml:space="preserve"> cum </w:t>
            </w:r>
            <w:proofErr w:type="spellStart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>prevede</w:t>
            </w:r>
            <w:proofErr w:type="spellEnd"/>
            <w:r w:rsidRPr="008573A8">
              <w:rPr>
                <w:rFonts w:ascii="Times New Roman" w:hAnsi="Times New Roman"/>
                <w:i/>
                <w:sz w:val="16"/>
                <w:szCs w:val="24"/>
              </w:rPr>
              <w:t xml:space="preserve"> art. 246 alin. (3) din Legea nr.169/2026.</w:t>
            </w:r>
          </w:p>
        </w:tc>
      </w:tr>
    </w:tbl>
    <w:p w14:paraId="2D96D173" w14:textId="77777777" w:rsidR="0022364E" w:rsidRPr="008573A8" w:rsidRDefault="0022364E" w:rsidP="0022364E">
      <w:pPr>
        <w:spacing w:before="2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48"/>
        <w:gridCol w:w="3648"/>
        <w:gridCol w:w="3648"/>
      </w:tblGrid>
      <w:tr w:rsidR="0022364E" w:rsidRPr="008573A8" w14:paraId="7F3AA0D1" w14:textId="77777777" w:rsidTr="00CD1B01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3" w:type="dxa"/>
              <w:left w:w="20" w:type="dxa"/>
              <w:bottom w:w="14" w:type="dxa"/>
              <w:right w:w="20" w:type="dxa"/>
            </w:tcMar>
          </w:tcPr>
          <w:p w14:paraId="0DEE04CB" w14:textId="77777777" w:rsidR="0022364E" w:rsidRPr="008573A8" w:rsidRDefault="0022364E" w:rsidP="00CD1B01">
            <w:pPr>
              <w:spacing w:before="10" w:after="10" w:line="240" w:lineRule="auto"/>
              <w:rPr>
                <w:sz w:val="24"/>
                <w:szCs w:val="24"/>
              </w:rPr>
            </w:pPr>
            <w:r w:rsidRPr="008573A8">
              <w:rPr>
                <w:rFonts w:ascii="Times New Roman" w:hAnsi="Times New Roman"/>
                <w:b/>
                <w:sz w:val="18"/>
                <w:szCs w:val="24"/>
              </w:rPr>
              <w:t>10. DATA ȘI SEMNĂTURA</w:t>
            </w:r>
          </w:p>
        </w:tc>
      </w:tr>
      <w:tr w:rsidR="0022364E" w:rsidRPr="008573A8" w14:paraId="562E55A6" w14:textId="77777777" w:rsidTr="00CD1B01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" w:type="dxa"/>
              <w:left w:w="20" w:type="dxa"/>
              <w:bottom w:w="14" w:type="dxa"/>
              <w:right w:w="20" w:type="dxa"/>
            </w:tcMar>
          </w:tcPr>
          <w:p w14:paraId="07387BE9" w14:textId="77777777" w:rsidR="0022364E" w:rsidRPr="008573A8" w:rsidRDefault="0022364E" w:rsidP="00CD1B01">
            <w:pPr>
              <w:spacing w:after="0" w:line="240" w:lineRule="auto"/>
              <w:rPr>
                <w:sz w:val="24"/>
                <w:szCs w:val="24"/>
              </w:rPr>
            </w:pPr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Data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" w:type="dxa"/>
              <w:left w:w="20" w:type="dxa"/>
              <w:bottom w:w="14" w:type="dxa"/>
              <w:right w:w="20" w:type="dxa"/>
            </w:tcMar>
          </w:tcPr>
          <w:p w14:paraId="1CF64CD3" w14:textId="77777777" w:rsidR="0022364E" w:rsidRPr="008573A8" w:rsidRDefault="0022364E" w:rsidP="00CD1B01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Solicitantul</w:t>
            </w:r>
            <w:proofErr w:type="spellEnd"/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" w:type="dxa"/>
              <w:left w:w="20" w:type="dxa"/>
              <w:bottom w:w="14" w:type="dxa"/>
              <w:right w:w="20" w:type="dxa"/>
            </w:tcMar>
          </w:tcPr>
          <w:p w14:paraId="2FEDF074" w14:textId="77777777" w:rsidR="0022364E" w:rsidRPr="008573A8" w:rsidRDefault="0022364E" w:rsidP="00CD1B01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573A8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Semnătura</w:t>
            </w:r>
            <w:proofErr w:type="spellEnd"/>
          </w:p>
        </w:tc>
      </w:tr>
    </w:tbl>
    <w:p w14:paraId="1E89D540" w14:textId="77777777" w:rsidR="0022364E" w:rsidRPr="008573A8" w:rsidRDefault="0022364E">
      <w:pPr>
        <w:rPr>
          <w:sz w:val="28"/>
          <w:szCs w:val="28"/>
        </w:rPr>
      </w:pPr>
    </w:p>
    <w:p w14:paraId="6B96AF22" w14:textId="77777777" w:rsidR="0022364E" w:rsidRPr="008573A8" w:rsidRDefault="0022364E">
      <w:pPr>
        <w:rPr>
          <w:sz w:val="28"/>
          <w:szCs w:val="28"/>
        </w:rPr>
      </w:pPr>
    </w:p>
    <w:p w14:paraId="07FA562E" w14:textId="77777777" w:rsidR="0022364E" w:rsidRPr="008573A8" w:rsidRDefault="0022364E">
      <w:pPr>
        <w:rPr>
          <w:sz w:val="28"/>
          <w:szCs w:val="28"/>
        </w:rPr>
      </w:pPr>
    </w:p>
    <w:p w14:paraId="16F09695" w14:textId="77777777" w:rsidR="0022364E" w:rsidRPr="008573A8" w:rsidRDefault="0022364E">
      <w:pPr>
        <w:rPr>
          <w:sz w:val="28"/>
          <w:szCs w:val="28"/>
        </w:rPr>
      </w:pPr>
    </w:p>
    <w:p w14:paraId="3482E8E1" w14:textId="77777777" w:rsidR="0022364E" w:rsidRDefault="0022364E">
      <w:pPr>
        <w:rPr>
          <w:sz w:val="24"/>
          <w:szCs w:val="24"/>
        </w:rPr>
      </w:pPr>
    </w:p>
    <w:p w14:paraId="5BE61CF9" w14:textId="77777777" w:rsidR="0022364E" w:rsidRDefault="0022364E">
      <w:pPr>
        <w:rPr>
          <w:sz w:val="24"/>
          <w:szCs w:val="24"/>
        </w:rPr>
      </w:pPr>
    </w:p>
    <w:p w14:paraId="1BE4D333" w14:textId="77777777" w:rsidR="0022364E" w:rsidRPr="008E6085" w:rsidRDefault="0022364E">
      <w:pPr>
        <w:rPr>
          <w:sz w:val="24"/>
          <w:szCs w:val="24"/>
        </w:rPr>
      </w:pPr>
    </w:p>
    <w:p w14:paraId="16E954FF" w14:textId="77777777" w:rsidR="006C782F" w:rsidRPr="008E6085" w:rsidRDefault="003815A3">
      <w:pPr>
        <w:spacing w:after="0" w:line="240" w:lineRule="auto"/>
        <w:jc w:val="center"/>
        <w:rPr>
          <w:sz w:val="24"/>
          <w:szCs w:val="24"/>
        </w:rPr>
      </w:pPr>
      <w:r w:rsidRPr="008E6085">
        <w:rPr>
          <w:rFonts w:ascii="Times New Roman" w:hAnsi="Times New Roman"/>
          <w:b/>
          <w:sz w:val="28"/>
          <w:szCs w:val="24"/>
        </w:rPr>
        <w:t>ANEXA IMOBILE</w:t>
      </w:r>
      <w:r w:rsidRPr="008E6085">
        <w:rPr>
          <w:rFonts w:ascii="Times New Roman" w:hAnsi="Times New Roman"/>
          <w:b/>
          <w:sz w:val="28"/>
          <w:szCs w:val="24"/>
        </w:rPr>
        <w:br/>
      </w:r>
      <w:r w:rsidRPr="008E6085">
        <w:rPr>
          <w:rFonts w:ascii="Times New Roman" w:hAnsi="Times New Roman"/>
          <w:sz w:val="20"/>
          <w:szCs w:val="24"/>
        </w:rPr>
        <w:t xml:space="preserve">la </w:t>
      </w:r>
      <w:proofErr w:type="spellStart"/>
      <w:r w:rsidRPr="008E6085">
        <w:rPr>
          <w:rFonts w:ascii="Times New Roman" w:hAnsi="Times New Roman"/>
          <w:sz w:val="20"/>
          <w:szCs w:val="24"/>
        </w:rPr>
        <w:t>cererea</w:t>
      </w:r>
      <w:proofErr w:type="spellEnd"/>
      <w:r w:rsidRPr="008E6085">
        <w:rPr>
          <w:rFonts w:ascii="Times New Roman" w:hAnsi="Times New Roman"/>
          <w:sz w:val="20"/>
          <w:szCs w:val="24"/>
        </w:rPr>
        <w:t xml:space="preserve"> </w:t>
      </w:r>
      <w:proofErr w:type="spellStart"/>
      <w:r w:rsidRPr="008E6085">
        <w:rPr>
          <w:rFonts w:ascii="Times New Roman" w:hAnsi="Times New Roman"/>
          <w:sz w:val="20"/>
          <w:szCs w:val="24"/>
        </w:rPr>
        <w:t>pentru</w:t>
      </w:r>
      <w:proofErr w:type="spellEnd"/>
      <w:r w:rsidRPr="008E6085">
        <w:rPr>
          <w:rFonts w:ascii="Times New Roman" w:hAnsi="Times New Roman"/>
          <w:sz w:val="20"/>
          <w:szCs w:val="24"/>
        </w:rPr>
        <w:t xml:space="preserve"> </w:t>
      </w:r>
      <w:proofErr w:type="spellStart"/>
      <w:r w:rsidRPr="008E6085">
        <w:rPr>
          <w:rFonts w:ascii="Times New Roman" w:hAnsi="Times New Roman"/>
          <w:sz w:val="20"/>
          <w:szCs w:val="24"/>
        </w:rPr>
        <w:t>emiterea</w:t>
      </w:r>
      <w:proofErr w:type="spellEnd"/>
      <w:r w:rsidRPr="008E6085">
        <w:rPr>
          <w:rFonts w:ascii="Times New Roman" w:hAnsi="Times New Roman"/>
          <w:sz w:val="20"/>
          <w:szCs w:val="24"/>
        </w:rPr>
        <w:t xml:space="preserve"> </w:t>
      </w:r>
      <w:proofErr w:type="spellStart"/>
      <w:r w:rsidRPr="008E6085">
        <w:rPr>
          <w:rFonts w:ascii="Times New Roman" w:hAnsi="Times New Roman"/>
          <w:sz w:val="20"/>
          <w:szCs w:val="24"/>
        </w:rPr>
        <w:t>autorizației</w:t>
      </w:r>
      <w:proofErr w:type="spellEnd"/>
      <w:r w:rsidRPr="008E6085">
        <w:rPr>
          <w:rFonts w:ascii="Times New Roman" w:hAnsi="Times New Roman"/>
          <w:sz w:val="20"/>
          <w:szCs w:val="24"/>
        </w:rPr>
        <w:t xml:space="preserve"> de </w:t>
      </w:r>
      <w:proofErr w:type="spellStart"/>
      <w:r w:rsidRPr="008E6085">
        <w:rPr>
          <w:rFonts w:ascii="Times New Roman" w:hAnsi="Times New Roman"/>
          <w:sz w:val="20"/>
          <w:szCs w:val="24"/>
        </w:rPr>
        <w:t>construire</w:t>
      </w:r>
      <w:proofErr w:type="spellEnd"/>
      <w:r w:rsidRPr="008E6085">
        <w:rPr>
          <w:rFonts w:ascii="Times New Roman" w:hAnsi="Times New Roman"/>
          <w:sz w:val="20"/>
          <w:szCs w:val="24"/>
        </w:rPr>
        <w:t xml:space="preserve"> / </w:t>
      </w:r>
      <w:proofErr w:type="spellStart"/>
      <w:r w:rsidRPr="008E6085">
        <w:rPr>
          <w:rFonts w:ascii="Times New Roman" w:hAnsi="Times New Roman"/>
          <w:sz w:val="20"/>
          <w:szCs w:val="24"/>
        </w:rPr>
        <w:t>desființare</w:t>
      </w:r>
      <w:proofErr w:type="spellEnd"/>
      <w:r w:rsidRPr="008E6085">
        <w:rPr>
          <w:rFonts w:ascii="Times New Roman" w:hAnsi="Times New Roman"/>
          <w:sz w:val="20"/>
          <w:szCs w:val="24"/>
        </w:rPr>
        <w:br/>
      </w:r>
      <w:r w:rsidRPr="008E6085">
        <w:rPr>
          <w:rFonts w:ascii="Times New Roman" w:hAnsi="Times New Roman"/>
          <w:i/>
          <w:sz w:val="18"/>
          <w:szCs w:val="24"/>
        </w:rPr>
        <w:t xml:space="preserve">se </w:t>
      </w:r>
      <w:proofErr w:type="spellStart"/>
      <w:r w:rsidRPr="008E6085">
        <w:rPr>
          <w:rFonts w:ascii="Times New Roman" w:hAnsi="Times New Roman"/>
          <w:i/>
          <w:sz w:val="18"/>
          <w:szCs w:val="24"/>
        </w:rPr>
        <w:t>completează</w:t>
      </w:r>
      <w:proofErr w:type="spellEnd"/>
      <w:r w:rsidRPr="008E6085">
        <w:rPr>
          <w:rFonts w:ascii="Times New Roman" w:hAnsi="Times New Roman"/>
          <w:i/>
          <w:sz w:val="18"/>
          <w:szCs w:val="24"/>
        </w:rPr>
        <w:t xml:space="preserve"> </w:t>
      </w:r>
      <w:proofErr w:type="spellStart"/>
      <w:r w:rsidRPr="008E6085">
        <w:rPr>
          <w:rFonts w:ascii="Times New Roman" w:hAnsi="Times New Roman"/>
          <w:i/>
          <w:sz w:val="18"/>
          <w:szCs w:val="24"/>
        </w:rPr>
        <w:t>numai</w:t>
      </w:r>
      <w:proofErr w:type="spellEnd"/>
      <w:r w:rsidRPr="008E6085">
        <w:rPr>
          <w:rFonts w:ascii="Times New Roman" w:hAnsi="Times New Roman"/>
          <w:i/>
          <w:sz w:val="18"/>
          <w:szCs w:val="24"/>
        </w:rPr>
        <w:t xml:space="preserve"> </w:t>
      </w:r>
      <w:proofErr w:type="spellStart"/>
      <w:r w:rsidRPr="008E6085">
        <w:rPr>
          <w:rFonts w:ascii="Times New Roman" w:hAnsi="Times New Roman"/>
          <w:i/>
          <w:sz w:val="18"/>
          <w:szCs w:val="24"/>
        </w:rPr>
        <w:t>atunci</w:t>
      </w:r>
      <w:proofErr w:type="spellEnd"/>
      <w:r w:rsidRPr="008E6085">
        <w:rPr>
          <w:rFonts w:ascii="Times New Roman" w:hAnsi="Times New Roman"/>
          <w:i/>
          <w:sz w:val="18"/>
          <w:szCs w:val="24"/>
        </w:rPr>
        <w:t xml:space="preserve"> </w:t>
      </w:r>
      <w:proofErr w:type="spellStart"/>
      <w:r w:rsidRPr="008E6085">
        <w:rPr>
          <w:rFonts w:ascii="Times New Roman" w:hAnsi="Times New Roman"/>
          <w:i/>
          <w:sz w:val="18"/>
          <w:szCs w:val="24"/>
        </w:rPr>
        <w:t>când</w:t>
      </w:r>
      <w:proofErr w:type="spellEnd"/>
      <w:r w:rsidRPr="008E6085">
        <w:rPr>
          <w:rFonts w:ascii="Times New Roman" w:hAnsi="Times New Roman"/>
          <w:i/>
          <w:sz w:val="18"/>
          <w:szCs w:val="24"/>
        </w:rPr>
        <w:t xml:space="preserve"> </w:t>
      </w:r>
      <w:proofErr w:type="spellStart"/>
      <w:r w:rsidRPr="008E6085">
        <w:rPr>
          <w:rFonts w:ascii="Times New Roman" w:hAnsi="Times New Roman"/>
          <w:i/>
          <w:sz w:val="18"/>
          <w:szCs w:val="24"/>
        </w:rPr>
        <w:t>cererea</w:t>
      </w:r>
      <w:proofErr w:type="spellEnd"/>
      <w:r w:rsidRPr="008E6085">
        <w:rPr>
          <w:rFonts w:ascii="Times New Roman" w:hAnsi="Times New Roman"/>
          <w:i/>
          <w:sz w:val="18"/>
          <w:szCs w:val="24"/>
        </w:rPr>
        <w:t xml:space="preserve"> se </w:t>
      </w:r>
      <w:proofErr w:type="spellStart"/>
      <w:r w:rsidRPr="008E6085">
        <w:rPr>
          <w:rFonts w:ascii="Times New Roman" w:hAnsi="Times New Roman"/>
          <w:i/>
          <w:sz w:val="18"/>
          <w:szCs w:val="24"/>
        </w:rPr>
        <w:t>referă</w:t>
      </w:r>
      <w:proofErr w:type="spellEnd"/>
      <w:r w:rsidRPr="008E6085">
        <w:rPr>
          <w:rFonts w:ascii="Times New Roman" w:hAnsi="Times New Roman"/>
          <w:i/>
          <w:sz w:val="18"/>
          <w:szCs w:val="24"/>
        </w:rPr>
        <w:t xml:space="preserve"> la </w:t>
      </w:r>
      <w:proofErr w:type="spellStart"/>
      <w:r w:rsidRPr="008E6085">
        <w:rPr>
          <w:rFonts w:ascii="Times New Roman" w:hAnsi="Times New Roman"/>
          <w:i/>
          <w:sz w:val="18"/>
          <w:szCs w:val="24"/>
        </w:rPr>
        <w:t>mai</w:t>
      </w:r>
      <w:proofErr w:type="spellEnd"/>
      <w:r w:rsidRPr="008E6085">
        <w:rPr>
          <w:rFonts w:ascii="Times New Roman" w:hAnsi="Times New Roman"/>
          <w:i/>
          <w:sz w:val="18"/>
          <w:szCs w:val="24"/>
        </w:rPr>
        <w:t xml:space="preserve"> </w:t>
      </w:r>
      <w:proofErr w:type="spellStart"/>
      <w:r w:rsidRPr="008E6085">
        <w:rPr>
          <w:rFonts w:ascii="Times New Roman" w:hAnsi="Times New Roman"/>
          <w:i/>
          <w:sz w:val="18"/>
          <w:szCs w:val="24"/>
        </w:rPr>
        <w:t>multe</w:t>
      </w:r>
      <w:proofErr w:type="spellEnd"/>
      <w:r w:rsidRPr="008E6085">
        <w:rPr>
          <w:rFonts w:ascii="Times New Roman" w:hAnsi="Times New Roman"/>
          <w:i/>
          <w:sz w:val="18"/>
          <w:szCs w:val="24"/>
        </w:rPr>
        <w:t xml:space="preserve"> </w:t>
      </w:r>
      <w:proofErr w:type="spellStart"/>
      <w:r w:rsidRPr="008E6085">
        <w:rPr>
          <w:rFonts w:ascii="Times New Roman" w:hAnsi="Times New Roman"/>
          <w:i/>
          <w:sz w:val="18"/>
          <w:szCs w:val="24"/>
        </w:rPr>
        <w:t>imobile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48"/>
        <w:gridCol w:w="912"/>
        <w:gridCol w:w="912"/>
        <w:gridCol w:w="912"/>
        <w:gridCol w:w="912"/>
        <w:gridCol w:w="1824"/>
        <w:gridCol w:w="1824"/>
      </w:tblGrid>
      <w:tr w:rsidR="006C782F" w:rsidRPr="008E6085" w14:paraId="79C20657" w14:textId="77777777">
        <w:trPr>
          <w:jc w:val="center"/>
        </w:trPr>
        <w:tc>
          <w:tcPr>
            <w:tcW w:w="10944" w:type="dxa"/>
            <w:gridSpan w:val="7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8" w:type="dxa"/>
              <w:left w:w="35" w:type="dxa"/>
              <w:bottom w:w="8" w:type="dxa"/>
              <w:right w:w="35" w:type="dxa"/>
            </w:tcMar>
          </w:tcPr>
          <w:p w14:paraId="106E7D1A" w14:textId="77777777" w:rsidR="006C782F" w:rsidRPr="008E6085" w:rsidRDefault="003815A3">
            <w:pPr>
              <w:spacing w:before="10" w:after="1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sz w:val="18"/>
                <w:szCs w:val="24"/>
              </w:rPr>
              <w:t>11. IMOBILELE LA CARE SE REFERĂ CEREREA</w:t>
            </w:r>
          </w:p>
        </w:tc>
      </w:tr>
      <w:tr w:rsidR="006C782F" w:rsidRPr="008E6085" w14:paraId="5F55E108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237A24C7" w14:textId="77777777" w:rsidR="006C782F" w:rsidRPr="008E6085" w:rsidRDefault="003815A3">
            <w:pPr>
              <w:spacing w:after="10" w:line="240" w:lineRule="auto"/>
              <w:rPr>
                <w:sz w:val="24"/>
                <w:szCs w:val="24"/>
              </w:rPr>
            </w:pPr>
            <w:proofErr w:type="spellStart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>Imobil</w:t>
            </w:r>
            <w:proofErr w:type="spellEnd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 xml:space="preserve"> 2</w:t>
            </w:r>
            <w:r w:rsidRPr="008E6085">
              <w:rPr>
                <w:rFonts w:ascii="Times New Roman" w:hAnsi="Times New Roman"/>
                <w:i/>
                <w:sz w:val="16"/>
                <w:szCs w:val="24"/>
              </w:rPr>
              <w:br/>
            </w:r>
            <w:r w:rsidRPr="008E6085">
              <w:rPr>
                <w:rFonts w:ascii="Times New Roman" w:hAnsi="Times New Roman"/>
                <w:b/>
                <w:color w:val="004682"/>
                <w:sz w:val="16"/>
                <w:szCs w:val="24"/>
              </w:rPr>
              <w:t xml:space="preserve">Tip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6"/>
                <w:szCs w:val="24"/>
              </w:rPr>
              <w:t>imobil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6"/>
                <w:szCs w:val="24"/>
              </w:rPr>
              <w:br/>
              <w:t xml:space="preserve">☐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6"/>
                <w:szCs w:val="24"/>
              </w:rPr>
              <w:t>teren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6"/>
                <w:szCs w:val="24"/>
              </w:rPr>
              <w:t xml:space="preserve">    ☐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6"/>
                <w:szCs w:val="24"/>
              </w:rPr>
              <w:t>construcții</w:t>
            </w:r>
            <w:proofErr w:type="spellEnd"/>
          </w:p>
        </w:tc>
        <w:tc>
          <w:tcPr>
            <w:tcW w:w="3648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1FE1B2CC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Număr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cadastral</w:t>
            </w:r>
          </w:p>
        </w:tc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3095010B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Carte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funciară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nr.</w:t>
            </w:r>
          </w:p>
        </w:tc>
      </w:tr>
      <w:tr w:rsidR="006C782F" w:rsidRPr="008E6085" w14:paraId="0A39AFF2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7CA6C82B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Județul</w:t>
            </w:r>
            <w:proofErr w:type="spellEnd"/>
          </w:p>
        </w:tc>
        <w:tc>
          <w:tcPr>
            <w:tcW w:w="3648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255A18C7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Municipiul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/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orașul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/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comuna</w:t>
            </w:r>
            <w:proofErr w:type="spellEnd"/>
          </w:p>
        </w:tc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0C754737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Satul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/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sectorul</w:t>
            </w:r>
            <w:proofErr w:type="spellEnd"/>
          </w:p>
        </w:tc>
      </w:tr>
      <w:tr w:rsidR="006C782F" w:rsidRPr="008E6085" w14:paraId="6510F123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621F9BC5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Strada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71A7D1FE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Nr.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4E300006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Sc.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227DBEAC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Et.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4D0893D1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Ap.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5D1B8FC4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Cod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poștal</w:t>
            </w:r>
            <w:proofErr w:type="spellEnd"/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0567400D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Țara</w:t>
            </w:r>
            <w:proofErr w:type="spellEnd"/>
          </w:p>
        </w:tc>
      </w:tr>
      <w:tr w:rsidR="006C782F" w:rsidRPr="008E6085" w14:paraId="4D4255F4" w14:textId="77777777">
        <w:trPr>
          <w:jc w:val="center"/>
        </w:trPr>
        <w:tc>
          <w:tcPr>
            <w:tcW w:w="10944" w:type="dxa"/>
            <w:gridSpan w:val="7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AFAFA"/>
            <w:tcMar>
              <w:top w:w="8" w:type="dxa"/>
              <w:left w:w="35" w:type="dxa"/>
              <w:bottom w:w="8" w:type="dxa"/>
              <w:right w:w="35" w:type="dxa"/>
            </w:tcMar>
          </w:tcPr>
          <w:p w14:paraId="55FFB151" w14:textId="77777777" w:rsidR="006C782F" w:rsidRPr="008E6085" w:rsidRDefault="006C782F">
            <w:pPr>
              <w:rPr>
                <w:sz w:val="24"/>
                <w:szCs w:val="24"/>
              </w:rPr>
            </w:pPr>
          </w:p>
        </w:tc>
      </w:tr>
      <w:tr w:rsidR="006C782F" w:rsidRPr="008E6085" w14:paraId="33D789C7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04E85034" w14:textId="77777777" w:rsidR="006C782F" w:rsidRPr="008E6085" w:rsidRDefault="003815A3">
            <w:pPr>
              <w:spacing w:after="10" w:line="240" w:lineRule="auto"/>
              <w:rPr>
                <w:sz w:val="24"/>
                <w:szCs w:val="24"/>
              </w:rPr>
            </w:pPr>
            <w:proofErr w:type="spellStart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>Imobil</w:t>
            </w:r>
            <w:proofErr w:type="spellEnd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 xml:space="preserve"> 3</w:t>
            </w:r>
            <w:r w:rsidRPr="008E6085">
              <w:rPr>
                <w:rFonts w:ascii="Times New Roman" w:hAnsi="Times New Roman"/>
                <w:i/>
                <w:sz w:val="16"/>
                <w:szCs w:val="24"/>
              </w:rPr>
              <w:br/>
            </w:r>
            <w:r w:rsidRPr="008E6085">
              <w:rPr>
                <w:rFonts w:ascii="Times New Roman" w:hAnsi="Times New Roman"/>
                <w:b/>
                <w:color w:val="004682"/>
                <w:sz w:val="16"/>
                <w:szCs w:val="24"/>
              </w:rPr>
              <w:t xml:space="preserve">Tip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6"/>
                <w:szCs w:val="24"/>
              </w:rPr>
              <w:t>imobil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6"/>
                <w:szCs w:val="24"/>
              </w:rPr>
              <w:br/>
              <w:t xml:space="preserve">☐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6"/>
                <w:szCs w:val="24"/>
              </w:rPr>
              <w:t>teren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6"/>
                <w:szCs w:val="24"/>
              </w:rPr>
              <w:t xml:space="preserve">    ☐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6"/>
                <w:szCs w:val="24"/>
              </w:rPr>
              <w:t>construcții</w:t>
            </w:r>
            <w:proofErr w:type="spellEnd"/>
          </w:p>
        </w:tc>
        <w:tc>
          <w:tcPr>
            <w:tcW w:w="3648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5F599735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Număr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cadastral</w:t>
            </w:r>
          </w:p>
        </w:tc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0B0AAE90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Carte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funciară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nr.</w:t>
            </w:r>
          </w:p>
        </w:tc>
      </w:tr>
      <w:tr w:rsidR="006C782F" w:rsidRPr="008E6085" w14:paraId="59A7C185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6ECD6B5C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Județul</w:t>
            </w:r>
            <w:proofErr w:type="spellEnd"/>
          </w:p>
        </w:tc>
        <w:tc>
          <w:tcPr>
            <w:tcW w:w="3648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599CA0FB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Municipiul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/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orașul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/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comuna</w:t>
            </w:r>
            <w:proofErr w:type="spellEnd"/>
          </w:p>
        </w:tc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68D8A110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Satul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/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sectorul</w:t>
            </w:r>
            <w:proofErr w:type="spellEnd"/>
          </w:p>
        </w:tc>
      </w:tr>
      <w:tr w:rsidR="006C782F" w:rsidRPr="008E6085" w14:paraId="565AAA4F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13B7FBF0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Strada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1448D9E4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Nr.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49DBC00B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Sc.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0E633307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Et.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0EA93C88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Ap.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0D83EE99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Cod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poștal</w:t>
            </w:r>
            <w:proofErr w:type="spellEnd"/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1965181C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Țara</w:t>
            </w:r>
            <w:proofErr w:type="spellEnd"/>
          </w:p>
        </w:tc>
      </w:tr>
      <w:tr w:rsidR="006C782F" w:rsidRPr="008E6085" w14:paraId="32B3C9BC" w14:textId="77777777">
        <w:trPr>
          <w:jc w:val="center"/>
        </w:trPr>
        <w:tc>
          <w:tcPr>
            <w:tcW w:w="10944" w:type="dxa"/>
            <w:gridSpan w:val="7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AFAFA"/>
            <w:tcMar>
              <w:top w:w="8" w:type="dxa"/>
              <w:left w:w="35" w:type="dxa"/>
              <w:bottom w:w="8" w:type="dxa"/>
              <w:right w:w="35" w:type="dxa"/>
            </w:tcMar>
          </w:tcPr>
          <w:p w14:paraId="6F44851E" w14:textId="77777777" w:rsidR="006C782F" w:rsidRPr="008E6085" w:rsidRDefault="006C782F">
            <w:pPr>
              <w:rPr>
                <w:sz w:val="24"/>
                <w:szCs w:val="24"/>
              </w:rPr>
            </w:pPr>
          </w:p>
        </w:tc>
      </w:tr>
      <w:tr w:rsidR="006C782F" w:rsidRPr="008E6085" w14:paraId="314CC7F7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364EF243" w14:textId="77777777" w:rsidR="006C782F" w:rsidRPr="008E6085" w:rsidRDefault="003815A3">
            <w:pPr>
              <w:spacing w:after="10" w:line="240" w:lineRule="auto"/>
              <w:rPr>
                <w:sz w:val="24"/>
                <w:szCs w:val="24"/>
              </w:rPr>
            </w:pPr>
            <w:proofErr w:type="spellStart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>Imobil</w:t>
            </w:r>
            <w:proofErr w:type="spellEnd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 xml:space="preserve"> 4</w:t>
            </w:r>
            <w:r w:rsidRPr="008E6085">
              <w:rPr>
                <w:rFonts w:ascii="Times New Roman" w:hAnsi="Times New Roman"/>
                <w:i/>
                <w:sz w:val="16"/>
                <w:szCs w:val="24"/>
              </w:rPr>
              <w:br/>
            </w:r>
            <w:r w:rsidRPr="008E6085">
              <w:rPr>
                <w:rFonts w:ascii="Times New Roman" w:hAnsi="Times New Roman"/>
                <w:b/>
                <w:color w:val="004682"/>
                <w:sz w:val="16"/>
                <w:szCs w:val="24"/>
              </w:rPr>
              <w:t xml:space="preserve">Tip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6"/>
                <w:szCs w:val="24"/>
              </w:rPr>
              <w:t>imobil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6"/>
                <w:szCs w:val="24"/>
              </w:rPr>
              <w:br/>
              <w:t xml:space="preserve">☐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6"/>
                <w:szCs w:val="24"/>
              </w:rPr>
              <w:t>teren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6"/>
                <w:szCs w:val="24"/>
              </w:rPr>
              <w:t xml:space="preserve">    ☐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6"/>
                <w:szCs w:val="24"/>
              </w:rPr>
              <w:t>construcții</w:t>
            </w:r>
            <w:proofErr w:type="spellEnd"/>
          </w:p>
        </w:tc>
        <w:tc>
          <w:tcPr>
            <w:tcW w:w="3648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0DB0BA54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Număr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cadastral</w:t>
            </w:r>
          </w:p>
        </w:tc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4FE8CEA7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Carte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funciară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nr.</w:t>
            </w:r>
          </w:p>
        </w:tc>
      </w:tr>
      <w:tr w:rsidR="006C782F" w:rsidRPr="008E6085" w14:paraId="0707A1CF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69A02CC3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Județul</w:t>
            </w:r>
            <w:proofErr w:type="spellEnd"/>
          </w:p>
        </w:tc>
        <w:tc>
          <w:tcPr>
            <w:tcW w:w="3648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40E23378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Municipiul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/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orașul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/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comuna</w:t>
            </w:r>
            <w:proofErr w:type="spellEnd"/>
          </w:p>
        </w:tc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40DD5B62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Satul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/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sectorul</w:t>
            </w:r>
            <w:proofErr w:type="spellEnd"/>
          </w:p>
        </w:tc>
      </w:tr>
      <w:tr w:rsidR="006C782F" w:rsidRPr="008E6085" w14:paraId="56163038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4AD7488E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Strada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40075EEE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Nr.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75D1A726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Sc.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07066314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Et.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1B13BCED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Ap.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5F438E96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Cod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poștal</w:t>
            </w:r>
            <w:proofErr w:type="spellEnd"/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3DC1FD10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Țara</w:t>
            </w:r>
            <w:proofErr w:type="spellEnd"/>
          </w:p>
        </w:tc>
      </w:tr>
      <w:tr w:rsidR="006C782F" w:rsidRPr="008E6085" w14:paraId="629E89F3" w14:textId="77777777">
        <w:trPr>
          <w:jc w:val="center"/>
        </w:trPr>
        <w:tc>
          <w:tcPr>
            <w:tcW w:w="10944" w:type="dxa"/>
            <w:gridSpan w:val="7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AFAFA"/>
            <w:tcMar>
              <w:top w:w="8" w:type="dxa"/>
              <w:left w:w="35" w:type="dxa"/>
              <w:bottom w:w="8" w:type="dxa"/>
              <w:right w:w="35" w:type="dxa"/>
            </w:tcMar>
          </w:tcPr>
          <w:p w14:paraId="2C44B348" w14:textId="77777777" w:rsidR="006C782F" w:rsidRPr="008E6085" w:rsidRDefault="006C782F">
            <w:pPr>
              <w:rPr>
                <w:sz w:val="24"/>
                <w:szCs w:val="24"/>
              </w:rPr>
            </w:pPr>
          </w:p>
        </w:tc>
      </w:tr>
      <w:tr w:rsidR="006C782F" w:rsidRPr="008E6085" w14:paraId="56F78028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771F2357" w14:textId="77777777" w:rsidR="006C782F" w:rsidRPr="008E6085" w:rsidRDefault="003815A3">
            <w:pPr>
              <w:spacing w:after="10" w:line="240" w:lineRule="auto"/>
              <w:rPr>
                <w:sz w:val="24"/>
                <w:szCs w:val="24"/>
              </w:rPr>
            </w:pPr>
            <w:proofErr w:type="spellStart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>Imobil</w:t>
            </w:r>
            <w:proofErr w:type="spellEnd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 xml:space="preserve"> 5</w:t>
            </w:r>
            <w:r w:rsidRPr="008E6085">
              <w:rPr>
                <w:rFonts w:ascii="Times New Roman" w:hAnsi="Times New Roman"/>
                <w:i/>
                <w:sz w:val="16"/>
                <w:szCs w:val="24"/>
              </w:rPr>
              <w:br/>
            </w:r>
            <w:r w:rsidRPr="008E6085">
              <w:rPr>
                <w:rFonts w:ascii="Times New Roman" w:hAnsi="Times New Roman"/>
                <w:b/>
                <w:color w:val="004682"/>
                <w:sz w:val="16"/>
                <w:szCs w:val="24"/>
              </w:rPr>
              <w:t xml:space="preserve">Tip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6"/>
                <w:szCs w:val="24"/>
              </w:rPr>
              <w:t>imobil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6"/>
                <w:szCs w:val="24"/>
              </w:rPr>
              <w:br/>
              <w:t xml:space="preserve">☐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6"/>
                <w:szCs w:val="24"/>
              </w:rPr>
              <w:t>teren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6"/>
                <w:szCs w:val="24"/>
              </w:rPr>
              <w:t xml:space="preserve">    ☐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6"/>
                <w:szCs w:val="24"/>
              </w:rPr>
              <w:t>construcții</w:t>
            </w:r>
            <w:proofErr w:type="spellEnd"/>
          </w:p>
        </w:tc>
        <w:tc>
          <w:tcPr>
            <w:tcW w:w="3648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009BA84F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Număr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cadastral</w:t>
            </w:r>
          </w:p>
        </w:tc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6E94A128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Carte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funciară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nr.</w:t>
            </w:r>
          </w:p>
        </w:tc>
      </w:tr>
      <w:tr w:rsidR="006C782F" w:rsidRPr="008E6085" w14:paraId="2BA898EC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6FFC50E0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Județul</w:t>
            </w:r>
            <w:proofErr w:type="spellEnd"/>
          </w:p>
        </w:tc>
        <w:tc>
          <w:tcPr>
            <w:tcW w:w="3648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3DB7931E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Municipiul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/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orașul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/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comuna</w:t>
            </w:r>
            <w:proofErr w:type="spellEnd"/>
          </w:p>
        </w:tc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4693B58C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Satul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/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sectorul</w:t>
            </w:r>
            <w:proofErr w:type="spellEnd"/>
          </w:p>
        </w:tc>
      </w:tr>
      <w:tr w:rsidR="006C782F" w:rsidRPr="008E6085" w14:paraId="71358B61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7DFF6022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Strada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491806B7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Nr.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39C678D1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Sc.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0E15B7B4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Et.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72353CB2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Ap.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7F665D5D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Cod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poștal</w:t>
            </w:r>
            <w:proofErr w:type="spellEnd"/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1518BDC9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Țara</w:t>
            </w:r>
            <w:proofErr w:type="spellEnd"/>
          </w:p>
        </w:tc>
      </w:tr>
      <w:tr w:rsidR="006C782F" w:rsidRPr="008E6085" w14:paraId="260FF790" w14:textId="77777777">
        <w:trPr>
          <w:jc w:val="center"/>
        </w:trPr>
        <w:tc>
          <w:tcPr>
            <w:tcW w:w="10944" w:type="dxa"/>
            <w:gridSpan w:val="7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AFAFA"/>
            <w:tcMar>
              <w:top w:w="8" w:type="dxa"/>
              <w:left w:w="35" w:type="dxa"/>
              <w:bottom w:w="8" w:type="dxa"/>
              <w:right w:w="35" w:type="dxa"/>
            </w:tcMar>
          </w:tcPr>
          <w:p w14:paraId="2E30ED65" w14:textId="77777777" w:rsidR="006C782F" w:rsidRPr="008E6085" w:rsidRDefault="006C782F">
            <w:pPr>
              <w:rPr>
                <w:sz w:val="24"/>
                <w:szCs w:val="24"/>
              </w:rPr>
            </w:pPr>
          </w:p>
        </w:tc>
      </w:tr>
      <w:tr w:rsidR="006C782F" w:rsidRPr="008E6085" w14:paraId="05CF1723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4D9907CF" w14:textId="77777777" w:rsidR="006C782F" w:rsidRPr="008E6085" w:rsidRDefault="003815A3">
            <w:pPr>
              <w:spacing w:after="10" w:line="240" w:lineRule="auto"/>
              <w:rPr>
                <w:sz w:val="24"/>
                <w:szCs w:val="24"/>
              </w:rPr>
            </w:pPr>
            <w:proofErr w:type="spellStart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>Imobil</w:t>
            </w:r>
            <w:proofErr w:type="spellEnd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 xml:space="preserve"> 6</w:t>
            </w:r>
            <w:r w:rsidRPr="008E6085">
              <w:rPr>
                <w:rFonts w:ascii="Times New Roman" w:hAnsi="Times New Roman"/>
                <w:i/>
                <w:sz w:val="16"/>
                <w:szCs w:val="24"/>
              </w:rPr>
              <w:br/>
            </w:r>
            <w:r w:rsidRPr="008E6085">
              <w:rPr>
                <w:rFonts w:ascii="Times New Roman" w:hAnsi="Times New Roman"/>
                <w:b/>
                <w:color w:val="004682"/>
                <w:sz w:val="16"/>
                <w:szCs w:val="24"/>
              </w:rPr>
              <w:t xml:space="preserve">Tip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6"/>
                <w:szCs w:val="24"/>
              </w:rPr>
              <w:t>imobil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6"/>
                <w:szCs w:val="24"/>
              </w:rPr>
              <w:br/>
              <w:t xml:space="preserve">☐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6"/>
                <w:szCs w:val="24"/>
              </w:rPr>
              <w:t>teren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6"/>
                <w:szCs w:val="24"/>
              </w:rPr>
              <w:t xml:space="preserve">    ☐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6"/>
                <w:szCs w:val="24"/>
              </w:rPr>
              <w:t>construcții</w:t>
            </w:r>
            <w:proofErr w:type="spellEnd"/>
          </w:p>
        </w:tc>
        <w:tc>
          <w:tcPr>
            <w:tcW w:w="3648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02CD6865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Număr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cadastral</w:t>
            </w:r>
          </w:p>
        </w:tc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1D2A9627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Carte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funciară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nr.</w:t>
            </w:r>
          </w:p>
        </w:tc>
      </w:tr>
      <w:tr w:rsidR="006C782F" w:rsidRPr="008E6085" w14:paraId="47F82E13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74B75056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Județul</w:t>
            </w:r>
            <w:proofErr w:type="spellEnd"/>
          </w:p>
        </w:tc>
        <w:tc>
          <w:tcPr>
            <w:tcW w:w="3648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3791DD0B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Municipiul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/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orașul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/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comuna</w:t>
            </w:r>
            <w:proofErr w:type="spellEnd"/>
          </w:p>
        </w:tc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71D9B4C0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Satul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/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sectorul</w:t>
            </w:r>
            <w:proofErr w:type="spellEnd"/>
          </w:p>
        </w:tc>
      </w:tr>
      <w:tr w:rsidR="006C782F" w:rsidRPr="008E6085" w14:paraId="086BBF9C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170C605A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Strada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50D9212E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Nr.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34DABC4D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Sc.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4676A09A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Et.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4FFC0A7D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Ap.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132B2F63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Cod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poștal</w:t>
            </w:r>
            <w:proofErr w:type="spellEnd"/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7AC5917F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Țara</w:t>
            </w:r>
            <w:proofErr w:type="spellEnd"/>
          </w:p>
        </w:tc>
      </w:tr>
      <w:tr w:rsidR="006C782F" w:rsidRPr="008E6085" w14:paraId="79DED433" w14:textId="77777777">
        <w:trPr>
          <w:jc w:val="center"/>
        </w:trPr>
        <w:tc>
          <w:tcPr>
            <w:tcW w:w="10944" w:type="dxa"/>
            <w:gridSpan w:val="7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AFAFA"/>
            <w:tcMar>
              <w:top w:w="8" w:type="dxa"/>
              <w:left w:w="35" w:type="dxa"/>
              <w:bottom w:w="8" w:type="dxa"/>
              <w:right w:w="35" w:type="dxa"/>
            </w:tcMar>
          </w:tcPr>
          <w:p w14:paraId="28A26A90" w14:textId="77777777" w:rsidR="006C782F" w:rsidRPr="008E6085" w:rsidRDefault="006C782F">
            <w:pPr>
              <w:rPr>
                <w:sz w:val="24"/>
                <w:szCs w:val="24"/>
              </w:rPr>
            </w:pPr>
          </w:p>
        </w:tc>
      </w:tr>
      <w:tr w:rsidR="006C782F" w:rsidRPr="008E6085" w14:paraId="58458CAA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747FAA13" w14:textId="77777777" w:rsidR="006C782F" w:rsidRPr="008E6085" w:rsidRDefault="003815A3">
            <w:pPr>
              <w:spacing w:after="10" w:line="240" w:lineRule="auto"/>
              <w:rPr>
                <w:sz w:val="24"/>
                <w:szCs w:val="24"/>
              </w:rPr>
            </w:pPr>
            <w:proofErr w:type="spellStart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>Imobil</w:t>
            </w:r>
            <w:proofErr w:type="spellEnd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 xml:space="preserve"> 7</w:t>
            </w:r>
            <w:r w:rsidRPr="008E6085">
              <w:rPr>
                <w:rFonts w:ascii="Times New Roman" w:hAnsi="Times New Roman"/>
                <w:i/>
                <w:sz w:val="16"/>
                <w:szCs w:val="24"/>
              </w:rPr>
              <w:br/>
            </w:r>
            <w:r w:rsidRPr="008E6085">
              <w:rPr>
                <w:rFonts w:ascii="Times New Roman" w:hAnsi="Times New Roman"/>
                <w:b/>
                <w:color w:val="004682"/>
                <w:sz w:val="16"/>
                <w:szCs w:val="24"/>
              </w:rPr>
              <w:t xml:space="preserve">Tip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6"/>
                <w:szCs w:val="24"/>
              </w:rPr>
              <w:t>imobil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6"/>
                <w:szCs w:val="24"/>
              </w:rPr>
              <w:br/>
              <w:t xml:space="preserve">☐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6"/>
                <w:szCs w:val="24"/>
              </w:rPr>
              <w:t>teren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6"/>
                <w:szCs w:val="24"/>
              </w:rPr>
              <w:t xml:space="preserve">    ☐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6"/>
                <w:szCs w:val="24"/>
              </w:rPr>
              <w:t>construcții</w:t>
            </w:r>
            <w:proofErr w:type="spellEnd"/>
          </w:p>
        </w:tc>
        <w:tc>
          <w:tcPr>
            <w:tcW w:w="3648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60AC9D5A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Număr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cadastral</w:t>
            </w:r>
          </w:p>
        </w:tc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591D68AD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Carte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funciară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nr.</w:t>
            </w:r>
          </w:p>
        </w:tc>
      </w:tr>
      <w:tr w:rsidR="006C782F" w:rsidRPr="008E6085" w14:paraId="2895A52A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7F322B19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Județul</w:t>
            </w:r>
            <w:proofErr w:type="spellEnd"/>
          </w:p>
        </w:tc>
        <w:tc>
          <w:tcPr>
            <w:tcW w:w="3648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42AC5A03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Municipiul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/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orașul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/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comuna</w:t>
            </w:r>
            <w:proofErr w:type="spellEnd"/>
          </w:p>
        </w:tc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69060FB6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Satul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/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sectorul</w:t>
            </w:r>
            <w:proofErr w:type="spellEnd"/>
          </w:p>
        </w:tc>
      </w:tr>
      <w:tr w:rsidR="006C782F" w:rsidRPr="008E6085" w14:paraId="0A760962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0FEE1341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Strada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3B6553AB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Nr.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3947A3A9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Sc.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0C5E4A63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Et.</w:t>
            </w:r>
          </w:p>
        </w:tc>
        <w:tc>
          <w:tcPr>
            <w:tcW w:w="9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18587017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Ap.</w:t>
            </w:r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13D0D7B5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Cod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poștal</w:t>
            </w:r>
            <w:proofErr w:type="spellEnd"/>
          </w:p>
        </w:tc>
        <w:tc>
          <w:tcPr>
            <w:tcW w:w="18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4DEFFAD1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Țara</w:t>
            </w:r>
            <w:proofErr w:type="spellEnd"/>
          </w:p>
        </w:tc>
      </w:tr>
      <w:tr w:rsidR="006C782F" w:rsidRPr="008E6085" w14:paraId="16B09CD2" w14:textId="77777777">
        <w:trPr>
          <w:jc w:val="center"/>
        </w:trPr>
        <w:tc>
          <w:tcPr>
            <w:tcW w:w="10944" w:type="dxa"/>
            <w:gridSpan w:val="7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AFAFA"/>
            <w:tcMar>
              <w:top w:w="8" w:type="dxa"/>
              <w:left w:w="35" w:type="dxa"/>
              <w:bottom w:w="8" w:type="dxa"/>
              <w:right w:w="35" w:type="dxa"/>
            </w:tcMar>
          </w:tcPr>
          <w:p w14:paraId="6D52A5D4" w14:textId="77777777" w:rsidR="006C782F" w:rsidRPr="008E6085" w:rsidRDefault="006C782F">
            <w:pPr>
              <w:rPr>
                <w:sz w:val="24"/>
                <w:szCs w:val="24"/>
              </w:rPr>
            </w:pPr>
          </w:p>
        </w:tc>
      </w:tr>
    </w:tbl>
    <w:p w14:paraId="107CDFDC" w14:textId="77777777" w:rsidR="006C782F" w:rsidRPr="008E6085" w:rsidRDefault="003815A3">
      <w:pPr>
        <w:rPr>
          <w:sz w:val="24"/>
          <w:szCs w:val="24"/>
        </w:rPr>
      </w:pPr>
      <w:r w:rsidRPr="008E6085">
        <w:rPr>
          <w:sz w:val="24"/>
          <w:szCs w:val="24"/>
        </w:rPr>
        <w:br w:type="page"/>
      </w:r>
    </w:p>
    <w:p w14:paraId="21A4BDE9" w14:textId="77777777" w:rsidR="006C782F" w:rsidRPr="008E6085" w:rsidRDefault="003815A3">
      <w:pPr>
        <w:spacing w:after="0" w:line="240" w:lineRule="auto"/>
        <w:jc w:val="center"/>
        <w:rPr>
          <w:sz w:val="24"/>
          <w:szCs w:val="24"/>
        </w:rPr>
      </w:pPr>
      <w:r w:rsidRPr="008E6085">
        <w:rPr>
          <w:rFonts w:ascii="Times New Roman" w:hAnsi="Times New Roman"/>
          <w:b/>
          <w:sz w:val="28"/>
          <w:szCs w:val="24"/>
        </w:rPr>
        <w:lastRenderedPageBreak/>
        <w:t>ANEXA TEHNICĂ</w:t>
      </w:r>
      <w:r w:rsidRPr="008E6085">
        <w:rPr>
          <w:rFonts w:ascii="Times New Roman" w:hAnsi="Times New Roman"/>
          <w:b/>
          <w:sz w:val="28"/>
          <w:szCs w:val="24"/>
        </w:rPr>
        <w:br/>
      </w:r>
      <w:r w:rsidRPr="008E6085">
        <w:rPr>
          <w:rFonts w:ascii="Times New Roman" w:hAnsi="Times New Roman"/>
          <w:sz w:val="20"/>
          <w:szCs w:val="24"/>
        </w:rPr>
        <w:t xml:space="preserve">la </w:t>
      </w:r>
      <w:proofErr w:type="spellStart"/>
      <w:r w:rsidRPr="008E6085">
        <w:rPr>
          <w:rFonts w:ascii="Times New Roman" w:hAnsi="Times New Roman"/>
          <w:sz w:val="20"/>
          <w:szCs w:val="24"/>
        </w:rPr>
        <w:t>cererea</w:t>
      </w:r>
      <w:proofErr w:type="spellEnd"/>
      <w:r w:rsidRPr="008E6085">
        <w:rPr>
          <w:rFonts w:ascii="Times New Roman" w:hAnsi="Times New Roman"/>
          <w:sz w:val="20"/>
          <w:szCs w:val="24"/>
        </w:rPr>
        <w:t xml:space="preserve"> </w:t>
      </w:r>
      <w:proofErr w:type="spellStart"/>
      <w:r w:rsidRPr="008E6085">
        <w:rPr>
          <w:rFonts w:ascii="Times New Roman" w:hAnsi="Times New Roman"/>
          <w:sz w:val="20"/>
          <w:szCs w:val="24"/>
        </w:rPr>
        <w:t>pentru</w:t>
      </w:r>
      <w:proofErr w:type="spellEnd"/>
      <w:r w:rsidRPr="008E6085">
        <w:rPr>
          <w:rFonts w:ascii="Times New Roman" w:hAnsi="Times New Roman"/>
          <w:sz w:val="20"/>
          <w:szCs w:val="24"/>
        </w:rPr>
        <w:t xml:space="preserve"> </w:t>
      </w:r>
      <w:proofErr w:type="spellStart"/>
      <w:r w:rsidRPr="008E6085">
        <w:rPr>
          <w:rFonts w:ascii="Times New Roman" w:hAnsi="Times New Roman"/>
          <w:sz w:val="20"/>
          <w:szCs w:val="24"/>
        </w:rPr>
        <w:t>emiterea</w:t>
      </w:r>
      <w:proofErr w:type="spellEnd"/>
      <w:r w:rsidRPr="008E6085">
        <w:rPr>
          <w:rFonts w:ascii="Times New Roman" w:hAnsi="Times New Roman"/>
          <w:sz w:val="20"/>
          <w:szCs w:val="24"/>
        </w:rPr>
        <w:t xml:space="preserve"> </w:t>
      </w:r>
      <w:proofErr w:type="spellStart"/>
      <w:r w:rsidRPr="008E6085">
        <w:rPr>
          <w:rFonts w:ascii="Times New Roman" w:hAnsi="Times New Roman"/>
          <w:sz w:val="20"/>
          <w:szCs w:val="24"/>
        </w:rPr>
        <w:t>autorizației</w:t>
      </w:r>
      <w:proofErr w:type="spellEnd"/>
      <w:r w:rsidRPr="008E6085">
        <w:rPr>
          <w:rFonts w:ascii="Times New Roman" w:hAnsi="Times New Roman"/>
          <w:sz w:val="20"/>
          <w:szCs w:val="24"/>
        </w:rPr>
        <w:t xml:space="preserve"> de </w:t>
      </w:r>
      <w:proofErr w:type="spellStart"/>
      <w:r w:rsidRPr="008E6085">
        <w:rPr>
          <w:rFonts w:ascii="Times New Roman" w:hAnsi="Times New Roman"/>
          <w:sz w:val="20"/>
          <w:szCs w:val="24"/>
        </w:rPr>
        <w:t>construire</w:t>
      </w:r>
      <w:proofErr w:type="spellEnd"/>
      <w:r w:rsidRPr="008E6085">
        <w:rPr>
          <w:rFonts w:ascii="Times New Roman" w:hAnsi="Times New Roman"/>
          <w:sz w:val="20"/>
          <w:szCs w:val="24"/>
        </w:rPr>
        <w:t xml:space="preserve"> / </w:t>
      </w:r>
      <w:proofErr w:type="spellStart"/>
      <w:r w:rsidRPr="008E6085">
        <w:rPr>
          <w:rFonts w:ascii="Times New Roman" w:hAnsi="Times New Roman"/>
          <w:sz w:val="20"/>
          <w:szCs w:val="24"/>
        </w:rPr>
        <w:t>desființare</w:t>
      </w:r>
      <w:proofErr w:type="spellEnd"/>
      <w:r w:rsidRPr="008E6085">
        <w:rPr>
          <w:rFonts w:ascii="Times New Roman" w:hAnsi="Times New Roman"/>
          <w:sz w:val="20"/>
          <w:szCs w:val="24"/>
        </w:rPr>
        <w:br/>
      </w:r>
      <w:r w:rsidRPr="008E6085">
        <w:rPr>
          <w:rFonts w:ascii="Times New Roman" w:hAnsi="Times New Roman"/>
          <w:i/>
          <w:sz w:val="18"/>
          <w:szCs w:val="24"/>
        </w:rPr>
        <w:t xml:space="preserve">se </w:t>
      </w:r>
      <w:proofErr w:type="spellStart"/>
      <w:r w:rsidRPr="008E6085">
        <w:rPr>
          <w:rFonts w:ascii="Times New Roman" w:hAnsi="Times New Roman"/>
          <w:i/>
          <w:sz w:val="18"/>
          <w:szCs w:val="24"/>
        </w:rPr>
        <w:t>întocmește</w:t>
      </w:r>
      <w:proofErr w:type="spellEnd"/>
      <w:r w:rsidRPr="008E6085">
        <w:rPr>
          <w:rFonts w:ascii="Times New Roman" w:hAnsi="Times New Roman"/>
          <w:i/>
          <w:sz w:val="18"/>
          <w:szCs w:val="24"/>
        </w:rPr>
        <w:t xml:space="preserve"> de </w:t>
      </w:r>
      <w:proofErr w:type="spellStart"/>
      <w:r w:rsidRPr="008E6085">
        <w:rPr>
          <w:rFonts w:ascii="Times New Roman" w:hAnsi="Times New Roman"/>
          <w:i/>
          <w:sz w:val="18"/>
          <w:szCs w:val="24"/>
        </w:rPr>
        <w:t>proiectantul</w:t>
      </w:r>
      <w:proofErr w:type="spellEnd"/>
      <w:r w:rsidRPr="008E6085">
        <w:rPr>
          <w:rFonts w:ascii="Times New Roman" w:hAnsi="Times New Roman"/>
          <w:i/>
          <w:sz w:val="18"/>
          <w:szCs w:val="24"/>
        </w:rPr>
        <w:t xml:space="preserve"> </w:t>
      </w:r>
      <w:proofErr w:type="spellStart"/>
      <w:r w:rsidRPr="008E6085">
        <w:rPr>
          <w:rFonts w:ascii="Times New Roman" w:hAnsi="Times New Roman"/>
          <w:i/>
          <w:sz w:val="18"/>
          <w:szCs w:val="24"/>
        </w:rPr>
        <w:t>documentației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944"/>
      </w:tblGrid>
      <w:tr w:rsidR="006C782F" w:rsidRPr="008E6085" w14:paraId="1BEC6854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8" w:type="dxa"/>
              <w:left w:w="35" w:type="dxa"/>
              <w:bottom w:w="8" w:type="dxa"/>
              <w:right w:w="35" w:type="dxa"/>
            </w:tcMar>
          </w:tcPr>
          <w:p w14:paraId="481655F5" w14:textId="77777777" w:rsidR="006C782F" w:rsidRPr="008E6085" w:rsidRDefault="003815A3">
            <w:pPr>
              <w:spacing w:before="10" w:after="1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sz w:val="18"/>
                <w:szCs w:val="24"/>
              </w:rPr>
              <w:t>1.   CATEGORIILE DE LUCRĂRI APLICABILE OBIECTIVULUI/OBIECTULUI DE INVESTIȚII</w:t>
            </w:r>
            <w:r w:rsidRPr="008E6085">
              <w:rPr>
                <w:rFonts w:ascii="Times New Roman" w:hAnsi="Times New Roman"/>
                <w:b/>
                <w:sz w:val="18"/>
                <w:szCs w:val="24"/>
              </w:rPr>
              <w:br/>
              <w:t xml:space="preserve">(se </w:t>
            </w:r>
            <w:proofErr w:type="spellStart"/>
            <w:r w:rsidRPr="008E6085">
              <w:rPr>
                <w:rFonts w:ascii="Times New Roman" w:hAnsi="Times New Roman"/>
                <w:b/>
                <w:sz w:val="18"/>
                <w:szCs w:val="24"/>
              </w:rPr>
              <w:t>bifeaza</w:t>
            </w:r>
            <w:proofErr w:type="spellEnd"/>
            <w:r w:rsidRPr="008E6085">
              <w:rPr>
                <w:rFonts w:ascii="Times New Roman" w:hAnsi="Times New Roman"/>
                <w:b/>
                <w:sz w:val="18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b/>
                <w:sz w:val="18"/>
                <w:szCs w:val="24"/>
              </w:rPr>
              <w:t>toate</w:t>
            </w:r>
            <w:proofErr w:type="spellEnd"/>
            <w:r w:rsidRPr="008E6085">
              <w:rPr>
                <w:rFonts w:ascii="Times New Roman" w:hAnsi="Times New Roman"/>
                <w:b/>
                <w:sz w:val="18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b/>
                <w:sz w:val="18"/>
                <w:szCs w:val="24"/>
              </w:rPr>
              <w:t>cele</w:t>
            </w:r>
            <w:proofErr w:type="spellEnd"/>
            <w:r w:rsidRPr="008E6085">
              <w:rPr>
                <w:rFonts w:ascii="Times New Roman" w:hAnsi="Times New Roman"/>
                <w:b/>
                <w:sz w:val="18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b/>
                <w:sz w:val="18"/>
                <w:szCs w:val="24"/>
              </w:rPr>
              <w:t>aplicabile</w:t>
            </w:r>
            <w:proofErr w:type="spellEnd"/>
            <w:r w:rsidRPr="008E6085">
              <w:rPr>
                <w:rFonts w:ascii="Times New Roman" w:hAnsi="Times New Roman"/>
                <w:b/>
                <w:sz w:val="18"/>
                <w:szCs w:val="24"/>
              </w:rPr>
              <w:t>)</w:t>
            </w:r>
          </w:p>
        </w:tc>
      </w:tr>
      <w:tr w:rsidR="006C782F" w:rsidRPr="008E6085" w14:paraId="45BFDF5A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576B2D90" w14:textId="77777777" w:rsidR="006C782F" w:rsidRPr="008E6085" w:rsidRDefault="003815A3">
            <w:pPr>
              <w:spacing w:after="1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sz w:val="18"/>
                <w:szCs w:val="24"/>
              </w:rPr>
              <w:t xml:space="preserve">A · </w:t>
            </w:r>
            <w:proofErr w:type="spellStart"/>
            <w:r w:rsidRPr="008E6085">
              <w:rPr>
                <w:rFonts w:ascii="Times New Roman" w:hAnsi="Times New Roman"/>
                <w:b/>
                <w:sz w:val="18"/>
                <w:szCs w:val="24"/>
              </w:rPr>
              <w:t>Lucrări</w:t>
            </w:r>
            <w:proofErr w:type="spellEnd"/>
            <w:r w:rsidRPr="008E6085">
              <w:rPr>
                <w:rFonts w:ascii="Times New Roman" w:hAnsi="Times New Roman"/>
                <w:b/>
                <w:sz w:val="18"/>
                <w:szCs w:val="24"/>
              </w:rPr>
              <w:t xml:space="preserve"> de </w:t>
            </w:r>
            <w:proofErr w:type="spellStart"/>
            <w:r w:rsidRPr="008E6085">
              <w:rPr>
                <w:rFonts w:ascii="Times New Roman" w:hAnsi="Times New Roman"/>
                <w:b/>
                <w:sz w:val="18"/>
                <w:szCs w:val="24"/>
              </w:rPr>
              <w:t>construcții</w:t>
            </w:r>
            <w:proofErr w:type="spellEnd"/>
            <w:r w:rsidRPr="008E6085">
              <w:rPr>
                <w:rFonts w:ascii="Times New Roman" w:hAnsi="Times New Roman"/>
                <w:b/>
                <w:sz w:val="18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b/>
                <w:sz w:val="18"/>
                <w:szCs w:val="24"/>
              </w:rPr>
              <w:t>noi</w:t>
            </w:r>
            <w:proofErr w:type="spellEnd"/>
            <w:r w:rsidRPr="008E6085">
              <w:rPr>
                <w:rFonts w:ascii="Times New Roman" w:hAnsi="Times New Roman"/>
                <w:b/>
                <w:sz w:val="18"/>
                <w:szCs w:val="24"/>
              </w:rPr>
              <w:t xml:space="preserve">, </w:t>
            </w:r>
            <w:proofErr w:type="spellStart"/>
            <w:r w:rsidRPr="008E6085">
              <w:rPr>
                <w:rFonts w:ascii="Times New Roman" w:hAnsi="Times New Roman"/>
                <w:b/>
                <w:sz w:val="18"/>
                <w:szCs w:val="24"/>
              </w:rPr>
              <w:t>inclusiv</w:t>
            </w:r>
            <w:proofErr w:type="spellEnd"/>
            <w:r w:rsidRPr="008E6085">
              <w:rPr>
                <w:rFonts w:ascii="Times New Roman" w:hAnsi="Times New Roman"/>
                <w:b/>
                <w:sz w:val="18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b/>
                <w:sz w:val="18"/>
                <w:szCs w:val="24"/>
              </w:rPr>
              <w:t>instalațiile</w:t>
            </w:r>
            <w:proofErr w:type="spellEnd"/>
            <w:r w:rsidRPr="008E6085">
              <w:rPr>
                <w:rFonts w:ascii="Times New Roman" w:hAnsi="Times New Roman"/>
                <w:b/>
                <w:sz w:val="18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b/>
                <w:sz w:val="18"/>
                <w:szCs w:val="24"/>
              </w:rPr>
              <w:t>aferente</w:t>
            </w:r>
            <w:proofErr w:type="spellEnd"/>
            <w:r w:rsidRPr="008E6085">
              <w:rPr>
                <w:rFonts w:ascii="Times New Roman" w:hAnsi="Times New Roman"/>
                <w:b/>
                <w:sz w:val="18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b/>
                <w:sz w:val="18"/>
                <w:szCs w:val="24"/>
              </w:rPr>
              <w:t>acestora</w:t>
            </w:r>
            <w:proofErr w:type="spellEnd"/>
            <w:r w:rsidRPr="008E6085">
              <w:rPr>
                <w:rFonts w:ascii="Times New Roman" w:hAnsi="Times New Roman"/>
                <w:b/>
                <w:sz w:val="18"/>
                <w:szCs w:val="24"/>
              </w:rPr>
              <w:t xml:space="preserve">, </w:t>
            </w:r>
            <w:proofErr w:type="gramStart"/>
            <w:r w:rsidRPr="008E6085">
              <w:rPr>
                <w:rFonts w:ascii="Times New Roman" w:hAnsi="Times New Roman"/>
                <w:b/>
                <w:sz w:val="18"/>
                <w:szCs w:val="24"/>
              </w:rPr>
              <w:t>realizate :</w:t>
            </w:r>
            <w:proofErr w:type="gramEnd"/>
          </w:p>
        </w:tc>
      </w:tr>
      <w:tr w:rsidR="006C782F" w:rsidRPr="008E6085" w14:paraId="2B60502E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6CE86B11" w14:textId="77777777" w:rsidR="006C782F" w:rsidRPr="008E6085" w:rsidRDefault="003815A3">
            <w:pPr>
              <w:spacing w:after="1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sz w:val="16"/>
                <w:szCs w:val="24"/>
              </w:rPr>
              <w:t xml:space="preserve">☐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în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afara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zonelor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de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protecție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a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monumentelor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istorice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    ☐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în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zona de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protecție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a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monumentelor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istorice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    ☐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în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afara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zonelor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construite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protejate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    ☐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în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zone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construite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protejate</w:t>
            </w:r>
            <w:proofErr w:type="spellEnd"/>
          </w:p>
        </w:tc>
      </w:tr>
      <w:tr w:rsidR="006C782F" w:rsidRPr="008E6085" w14:paraId="385652B9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28F0C8DB" w14:textId="77777777" w:rsidR="006C782F" w:rsidRPr="008E6085" w:rsidRDefault="003815A3">
            <w:pPr>
              <w:spacing w:after="1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sz w:val="16"/>
                <w:szCs w:val="24"/>
              </w:rPr>
              <w:t xml:space="preserve">☐ A.1 ·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clădiri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civile —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construcții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de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locuințe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:   ☐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individuale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  ☐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semicolective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  ☐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colective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br/>
              <w:t xml:space="preserve">☐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construcții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pentru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instituții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publice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și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servicii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:   ☐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pentru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sănătate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  ☐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pentru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asistență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socială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  ☐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pentru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învățământ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  ☐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pentru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cultură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  ☐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pentru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turism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  ☐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pentru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culte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  ☐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pentru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administrație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și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finanțe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  ☐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pentru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comerț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  ☐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pentru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servicii   ☐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pentru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sport   ☐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pentru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recreere</w:t>
            </w:r>
            <w:proofErr w:type="spellEnd"/>
          </w:p>
        </w:tc>
      </w:tr>
      <w:tr w:rsidR="006C782F" w:rsidRPr="008E6085" w14:paraId="23CE9CF2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62B062E3" w14:textId="77777777" w:rsidR="006C782F" w:rsidRPr="008E6085" w:rsidRDefault="003815A3">
            <w:pPr>
              <w:spacing w:after="1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sz w:val="16"/>
                <w:szCs w:val="24"/>
              </w:rPr>
              <w:t xml:space="preserve">☐ A.2 ·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clădiri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industriale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:   ☐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pentru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producție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  ☐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pentru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depozitare</w:t>
            </w:r>
            <w:proofErr w:type="spellEnd"/>
          </w:p>
        </w:tc>
      </w:tr>
      <w:tr w:rsidR="006C782F" w:rsidRPr="008E6085" w14:paraId="4E74DCA6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4867BAC4" w14:textId="77777777" w:rsidR="006C782F" w:rsidRPr="008E6085" w:rsidRDefault="003815A3">
            <w:pPr>
              <w:spacing w:after="1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sz w:val="16"/>
                <w:szCs w:val="24"/>
              </w:rPr>
              <w:t xml:space="preserve">☐ A.3 ·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clădiri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proofErr w:type="gramStart"/>
            <w:r w:rsidRPr="008E6085">
              <w:rPr>
                <w:rFonts w:ascii="Times New Roman" w:hAnsi="Times New Roman"/>
                <w:sz w:val="16"/>
                <w:szCs w:val="24"/>
              </w:rPr>
              <w:t>agricole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:</w:t>
            </w:r>
            <w:proofErr w:type="gram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  ☐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pentru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producție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  ☐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pentru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depozitare</w:t>
            </w:r>
            <w:proofErr w:type="spellEnd"/>
          </w:p>
        </w:tc>
      </w:tr>
      <w:tr w:rsidR="006C782F" w:rsidRPr="008E6085" w14:paraId="18474BD2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7441B846" w14:textId="77777777" w:rsidR="006C782F" w:rsidRPr="008E6085" w:rsidRDefault="003815A3">
            <w:pPr>
              <w:spacing w:after="1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sz w:val="16"/>
                <w:szCs w:val="24"/>
              </w:rPr>
              <w:t xml:space="preserve">☐ A.4 ·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clădiri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/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construcții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cu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caracter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special</w:t>
            </w:r>
          </w:p>
        </w:tc>
      </w:tr>
      <w:tr w:rsidR="006C782F" w:rsidRPr="008E6085" w14:paraId="2FE53365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4F4F4"/>
            <w:tcMar>
              <w:top w:w="8" w:type="dxa"/>
              <w:left w:w="35" w:type="dxa"/>
              <w:bottom w:w="8" w:type="dxa"/>
              <w:right w:w="35" w:type="dxa"/>
            </w:tcMar>
          </w:tcPr>
          <w:p w14:paraId="02346A78" w14:textId="77777777" w:rsidR="006C782F" w:rsidRPr="008E6085" w:rsidRDefault="003815A3">
            <w:pPr>
              <w:spacing w:after="1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sz w:val="18"/>
                <w:szCs w:val="24"/>
              </w:rPr>
              <w:t xml:space="preserve">B · </w:t>
            </w:r>
            <w:proofErr w:type="spellStart"/>
            <w:r w:rsidRPr="008E6085">
              <w:rPr>
                <w:rFonts w:ascii="Times New Roman" w:hAnsi="Times New Roman"/>
                <w:b/>
                <w:sz w:val="18"/>
                <w:szCs w:val="24"/>
              </w:rPr>
              <w:t>Lucrări</w:t>
            </w:r>
            <w:proofErr w:type="spellEnd"/>
            <w:r w:rsidRPr="008E6085">
              <w:rPr>
                <w:rFonts w:ascii="Times New Roman" w:hAnsi="Times New Roman"/>
                <w:b/>
                <w:sz w:val="18"/>
                <w:szCs w:val="24"/>
              </w:rPr>
              <w:t xml:space="preserve"> de </w:t>
            </w:r>
            <w:proofErr w:type="spellStart"/>
            <w:r w:rsidRPr="008E6085">
              <w:rPr>
                <w:rFonts w:ascii="Times New Roman" w:hAnsi="Times New Roman"/>
                <w:b/>
                <w:sz w:val="18"/>
                <w:szCs w:val="24"/>
              </w:rPr>
              <w:t>intervenții</w:t>
            </w:r>
            <w:proofErr w:type="spellEnd"/>
            <w:r w:rsidRPr="008E6085">
              <w:rPr>
                <w:rFonts w:ascii="Times New Roman" w:hAnsi="Times New Roman"/>
                <w:b/>
                <w:sz w:val="18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b/>
                <w:sz w:val="18"/>
                <w:szCs w:val="24"/>
              </w:rPr>
              <w:t>asupra</w:t>
            </w:r>
            <w:proofErr w:type="spellEnd"/>
            <w:r w:rsidRPr="008E6085">
              <w:rPr>
                <w:rFonts w:ascii="Times New Roman" w:hAnsi="Times New Roman"/>
                <w:b/>
                <w:sz w:val="18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b/>
                <w:sz w:val="18"/>
                <w:szCs w:val="24"/>
              </w:rPr>
              <w:t>construcțiilor</w:t>
            </w:r>
            <w:proofErr w:type="spellEnd"/>
            <w:r w:rsidRPr="008E6085">
              <w:rPr>
                <w:rFonts w:ascii="Times New Roman" w:hAnsi="Times New Roman"/>
                <w:b/>
                <w:sz w:val="18"/>
                <w:szCs w:val="24"/>
              </w:rPr>
              <w:t xml:space="preserve"> </w:t>
            </w:r>
            <w:proofErr w:type="spellStart"/>
            <w:proofErr w:type="gramStart"/>
            <w:r w:rsidRPr="008E6085">
              <w:rPr>
                <w:rFonts w:ascii="Times New Roman" w:hAnsi="Times New Roman"/>
                <w:b/>
                <w:sz w:val="18"/>
                <w:szCs w:val="24"/>
              </w:rPr>
              <w:t>existente</w:t>
            </w:r>
            <w:proofErr w:type="spellEnd"/>
            <w:r w:rsidRPr="008E6085">
              <w:rPr>
                <w:rFonts w:ascii="Times New Roman" w:hAnsi="Times New Roman"/>
                <w:b/>
                <w:sz w:val="18"/>
                <w:szCs w:val="24"/>
              </w:rPr>
              <w:t xml:space="preserve"> :</w:t>
            </w:r>
            <w:proofErr w:type="gramEnd"/>
          </w:p>
        </w:tc>
      </w:tr>
      <w:tr w:rsidR="006C782F" w:rsidRPr="008E6085" w14:paraId="76F7479E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06F16D35" w14:textId="77777777" w:rsidR="006C782F" w:rsidRPr="008E6085" w:rsidRDefault="003815A3">
            <w:pPr>
              <w:spacing w:after="1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sz w:val="16"/>
                <w:szCs w:val="24"/>
              </w:rPr>
              <w:t xml:space="preserve">☐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reparații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capitale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  ☐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intervenție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în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primă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urgență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  ☐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extindere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gramStart"/>
            <w:r w:rsidRPr="008E6085">
              <w:rPr>
                <w:rFonts w:ascii="Times New Roman" w:hAnsi="Times New Roman"/>
                <w:sz w:val="16"/>
                <w:szCs w:val="24"/>
              </w:rPr>
              <w:t>a</w:t>
            </w:r>
            <w:proofErr w:type="gram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amprentei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la sol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și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a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volumului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  ☐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supraetajare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br/>
              <w:t xml:space="preserve">☐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refuncționalizare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/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schimbare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de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destinație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  ☐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consolidare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  ☐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modernizare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,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reabilitare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  ☐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strămutare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  ☐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reconstruire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br/>
              <w:t xml:space="preserve">☐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conservare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și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restaurare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  ☐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remodelare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exterioară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  ☐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mansardare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  ☐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remodelare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interioară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br/>
              <w:t xml:space="preserve">☐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desființare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sau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demontare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parțială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sau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totală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  ☐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desființare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sau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demontare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totală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  ☐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conservare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la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întreruperea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temporară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gramStart"/>
            <w:r w:rsidRPr="008E6085">
              <w:rPr>
                <w:rFonts w:ascii="Times New Roman" w:hAnsi="Times New Roman"/>
                <w:sz w:val="16"/>
                <w:szCs w:val="24"/>
              </w:rPr>
              <w:t>a</w:t>
            </w:r>
            <w:proofErr w:type="gram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execuției</w:t>
            </w:r>
            <w:proofErr w:type="spellEnd"/>
          </w:p>
        </w:tc>
      </w:tr>
      <w:tr w:rsidR="006C782F" w:rsidRPr="008E6085" w14:paraId="585AAD6A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07836F8A" w14:textId="77777777" w:rsidR="006C782F" w:rsidRPr="008E6085" w:rsidRDefault="003815A3">
            <w:pPr>
              <w:spacing w:after="1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sz w:val="16"/>
                <w:szCs w:val="24"/>
              </w:rPr>
              <w:t xml:space="preserve">☐ B.1 · </w:t>
            </w:r>
            <w:proofErr w:type="spellStart"/>
            <w:r w:rsidRPr="008E6085">
              <w:rPr>
                <w:rFonts w:ascii="Times New Roman" w:hAnsi="Times New Roman"/>
                <w:b/>
                <w:sz w:val="16"/>
                <w:szCs w:val="24"/>
              </w:rPr>
              <w:t>realizate</w:t>
            </w:r>
            <w:proofErr w:type="spellEnd"/>
            <w:r w:rsidRPr="008E6085">
              <w:rPr>
                <w:rFonts w:ascii="Times New Roman" w:hAnsi="Times New Roman"/>
                <w:b/>
                <w:sz w:val="16"/>
                <w:szCs w:val="24"/>
              </w:rPr>
              <w:t xml:space="preserve"> la </w:t>
            </w:r>
            <w:proofErr w:type="spellStart"/>
            <w:r w:rsidRPr="008E6085">
              <w:rPr>
                <w:rFonts w:ascii="Times New Roman" w:hAnsi="Times New Roman"/>
                <w:b/>
                <w:sz w:val="16"/>
                <w:szCs w:val="24"/>
              </w:rPr>
              <w:t>alte</w:t>
            </w:r>
            <w:proofErr w:type="spellEnd"/>
            <w:r w:rsidRPr="008E6085">
              <w:rPr>
                <w:rFonts w:ascii="Times New Roman" w:hAnsi="Times New Roman"/>
                <w:b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b/>
                <w:sz w:val="16"/>
                <w:szCs w:val="24"/>
              </w:rPr>
              <w:t>construcții</w:t>
            </w:r>
            <w:proofErr w:type="spellEnd"/>
            <w:r w:rsidRPr="008E6085">
              <w:rPr>
                <w:rFonts w:ascii="Times New Roman" w:hAnsi="Times New Roman"/>
                <w:b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b/>
                <w:sz w:val="16"/>
                <w:szCs w:val="24"/>
              </w:rPr>
              <w:t>decât</w:t>
            </w:r>
            <w:proofErr w:type="spellEnd"/>
            <w:r w:rsidRPr="008E6085">
              <w:rPr>
                <w:rFonts w:ascii="Times New Roman" w:hAnsi="Times New Roman"/>
                <w:b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b/>
                <w:sz w:val="16"/>
                <w:szCs w:val="24"/>
              </w:rPr>
              <w:t>cele</w:t>
            </w:r>
            <w:proofErr w:type="spellEnd"/>
            <w:r w:rsidRPr="008E6085">
              <w:rPr>
                <w:rFonts w:ascii="Times New Roman" w:hAnsi="Times New Roman"/>
                <w:b/>
                <w:sz w:val="16"/>
                <w:szCs w:val="24"/>
              </w:rPr>
              <w:t xml:space="preserve"> de la B.2 și B.3:</w:t>
            </w:r>
          </w:p>
        </w:tc>
      </w:tr>
      <w:tr w:rsidR="006C782F" w:rsidRPr="008E6085" w14:paraId="1E5FD1DB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29BBA2C3" w14:textId="77777777" w:rsidR="006C782F" w:rsidRPr="008E6085" w:rsidRDefault="003815A3">
            <w:pPr>
              <w:spacing w:after="1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sz w:val="16"/>
                <w:szCs w:val="24"/>
              </w:rPr>
              <w:t>☐ B.2 · realizate la:</w:t>
            </w:r>
            <w:r w:rsidRPr="008E6085">
              <w:rPr>
                <w:rFonts w:ascii="Times New Roman" w:hAnsi="Times New Roman"/>
                <w:sz w:val="16"/>
                <w:szCs w:val="24"/>
              </w:rPr>
              <w:br/>
              <w:t xml:space="preserve">☐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construcții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monument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istoric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(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Legea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nr. 422/2001),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inclusiv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anexele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din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același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imobil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br/>
              <w:t xml:space="preserve">☐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construcții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în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zona de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protecție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a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monumentelor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istorice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br/>
              <w:t xml:space="preserve">☐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construcții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în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zone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construite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protejate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br/>
              <w:t xml:space="preserve">☐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construcții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cu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valoare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arhitecturală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sau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istorică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deosebită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,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stabilite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prin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documentații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de urbanism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aprobate</w:t>
            </w:r>
            <w:proofErr w:type="spellEnd"/>
          </w:p>
        </w:tc>
      </w:tr>
      <w:tr w:rsidR="006C782F" w:rsidRPr="008E6085" w14:paraId="463BC2A2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5D028F2E" w14:textId="77777777" w:rsidR="006C782F" w:rsidRPr="008E6085" w:rsidRDefault="003815A3">
            <w:pPr>
              <w:spacing w:after="1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sz w:val="16"/>
                <w:szCs w:val="24"/>
              </w:rPr>
              <w:t xml:space="preserve">☐ B.3 ·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realizate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la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clădiri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/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construcții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cu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caracter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special, </w:t>
            </w:r>
            <w:proofErr w:type="gramStart"/>
            <w:r w:rsidRPr="008E6085">
              <w:rPr>
                <w:rFonts w:ascii="Times New Roman" w:hAnsi="Times New Roman"/>
                <w:sz w:val="16"/>
                <w:szCs w:val="24"/>
              </w:rPr>
              <w:t>care :</w:t>
            </w:r>
            <w:proofErr w:type="gramEnd"/>
            <w:r w:rsidRPr="008E6085">
              <w:rPr>
                <w:rFonts w:ascii="Times New Roman" w:hAnsi="Times New Roman"/>
                <w:sz w:val="16"/>
                <w:szCs w:val="24"/>
              </w:rPr>
              <w:br/>
              <w:t xml:space="preserve">☐ nu se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încadrează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în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categoriile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de la B.2</w:t>
            </w:r>
            <w:r w:rsidRPr="008E6085">
              <w:rPr>
                <w:rFonts w:ascii="Times New Roman" w:hAnsi="Times New Roman"/>
                <w:sz w:val="16"/>
                <w:szCs w:val="24"/>
              </w:rPr>
              <w:br/>
              <w:t xml:space="preserve">☐ se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încadrează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în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categoriile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de la B.2</w:t>
            </w:r>
          </w:p>
        </w:tc>
      </w:tr>
      <w:tr w:rsidR="006C782F" w:rsidRPr="008E6085" w14:paraId="7CB15CA6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4F4F4"/>
            <w:tcMar>
              <w:top w:w="8" w:type="dxa"/>
              <w:left w:w="35" w:type="dxa"/>
              <w:bottom w:w="8" w:type="dxa"/>
              <w:right w:w="35" w:type="dxa"/>
            </w:tcMar>
          </w:tcPr>
          <w:p w14:paraId="7DA6A268" w14:textId="77777777" w:rsidR="006C782F" w:rsidRPr="008E6085" w:rsidRDefault="003815A3">
            <w:pPr>
              <w:spacing w:after="1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sz w:val="18"/>
                <w:szCs w:val="24"/>
              </w:rPr>
              <w:t xml:space="preserve">C · </w:t>
            </w:r>
            <w:proofErr w:type="spellStart"/>
            <w:r w:rsidRPr="008E6085">
              <w:rPr>
                <w:rFonts w:ascii="Times New Roman" w:hAnsi="Times New Roman"/>
                <w:b/>
                <w:sz w:val="18"/>
                <w:szCs w:val="24"/>
              </w:rPr>
              <w:t>Amenajări</w:t>
            </w:r>
            <w:proofErr w:type="spellEnd"/>
          </w:p>
        </w:tc>
      </w:tr>
      <w:tr w:rsidR="006C782F" w:rsidRPr="008E6085" w14:paraId="12E2ADE4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3B3C49A9" w14:textId="77777777" w:rsidR="006C782F" w:rsidRPr="008E6085" w:rsidRDefault="003815A3">
            <w:pPr>
              <w:spacing w:after="1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sz w:val="16"/>
                <w:szCs w:val="24"/>
              </w:rPr>
              <w:t xml:space="preserve">☐ C.1 ·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amenajări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civile</w:t>
            </w:r>
            <w:r w:rsidRPr="008E6085">
              <w:rPr>
                <w:rFonts w:ascii="Times New Roman" w:hAnsi="Times New Roman"/>
                <w:sz w:val="16"/>
                <w:szCs w:val="24"/>
              </w:rPr>
              <w:br/>
              <w:t xml:space="preserve">☐ C.2 ·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amenajări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și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îmbunătățiri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funciare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br/>
              <w:t xml:space="preserve">☐ C.3 ·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construcții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provizorii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/ cu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caracter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temporar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br/>
              <w:t xml:space="preserve">☐ C.4 ·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cercetarea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/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prospectarea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terenurilor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,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foraje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,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excavări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,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studii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topografice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,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geologice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,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geotehnice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,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geofizice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,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hidrologice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br/>
              <w:t xml:space="preserve">☐ C.5 ·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cercetări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pentru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zăcăminte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naturale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br/>
              <w:t xml:space="preserve">☐ C.6 ·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spații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verzi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,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plantate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br/>
              <w:t xml:space="preserve">☐ C.7 ·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spații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publice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br/>
              <w:t xml:space="preserve">☐ C.8 ·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organizare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de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șantier</w:t>
            </w:r>
            <w:proofErr w:type="spellEnd"/>
          </w:p>
        </w:tc>
      </w:tr>
      <w:tr w:rsidR="006C782F" w:rsidRPr="008E6085" w14:paraId="3238CC53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4F4F4"/>
            <w:tcMar>
              <w:top w:w="8" w:type="dxa"/>
              <w:left w:w="35" w:type="dxa"/>
              <w:bottom w:w="8" w:type="dxa"/>
              <w:right w:w="35" w:type="dxa"/>
            </w:tcMar>
          </w:tcPr>
          <w:p w14:paraId="1D35C0F9" w14:textId="77777777" w:rsidR="006C782F" w:rsidRPr="008E6085" w:rsidRDefault="003815A3">
            <w:pPr>
              <w:spacing w:after="1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sz w:val="18"/>
                <w:szCs w:val="24"/>
              </w:rPr>
              <w:t xml:space="preserve">D · </w:t>
            </w:r>
            <w:proofErr w:type="spellStart"/>
            <w:r w:rsidRPr="008E6085">
              <w:rPr>
                <w:rFonts w:ascii="Times New Roman" w:hAnsi="Times New Roman"/>
                <w:b/>
                <w:sz w:val="18"/>
                <w:szCs w:val="24"/>
              </w:rPr>
              <w:t>Lucrări</w:t>
            </w:r>
            <w:proofErr w:type="spellEnd"/>
            <w:r w:rsidRPr="008E6085">
              <w:rPr>
                <w:rFonts w:ascii="Times New Roman" w:hAnsi="Times New Roman"/>
                <w:b/>
                <w:sz w:val="18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b/>
                <w:sz w:val="18"/>
                <w:szCs w:val="24"/>
              </w:rPr>
              <w:t>inginerești</w:t>
            </w:r>
            <w:proofErr w:type="spellEnd"/>
            <w:r w:rsidRPr="008E6085">
              <w:rPr>
                <w:rFonts w:ascii="Times New Roman" w:hAnsi="Times New Roman"/>
                <w:b/>
                <w:sz w:val="18"/>
                <w:szCs w:val="24"/>
              </w:rPr>
              <w:t xml:space="preserve">, </w:t>
            </w:r>
            <w:proofErr w:type="spellStart"/>
            <w:r w:rsidRPr="008E6085">
              <w:rPr>
                <w:rFonts w:ascii="Times New Roman" w:hAnsi="Times New Roman"/>
                <w:b/>
                <w:sz w:val="18"/>
                <w:szCs w:val="24"/>
              </w:rPr>
              <w:t>inclusiv</w:t>
            </w:r>
            <w:proofErr w:type="spellEnd"/>
            <w:r w:rsidRPr="008E6085">
              <w:rPr>
                <w:rFonts w:ascii="Times New Roman" w:hAnsi="Times New Roman"/>
                <w:b/>
                <w:sz w:val="18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b/>
                <w:sz w:val="18"/>
                <w:szCs w:val="24"/>
              </w:rPr>
              <w:t>intervenții</w:t>
            </w:r>
            <w:proofErr w:type="spellEnd"/>
            <w:r w:rsidRPr="008E6085">
              <w:rPr>
                <w:rFonts w:ascii="Times New Roman" w:hAnsi="Times New Roman"/>
                <w:b/>
                <w:sz w:val="18"/>
                <w:szCs w:val="24"/>
              </w:rPr>
              <w:t xml:space="preserve"> la </w:t>
            </w:r>
            <w:proofErr w:type="spellStart"/>
            <w:r w:rsidRPr="008E6085">
              <w:rPr>
                <w:rFonts w:ascii="Times New Roman" w:hAnsi="Times New Roman"/>
                <w:b/>
                <w:sz w:val="18"/>
                <w:szCs w:val="24"/>
              </w:rPr>
              <w:t>astfel</w:t>
            </w:r>
            <w:proofErr w:type="spellEnd"/>
            <w:r w:rsidRPr="008E6085">
              <w:rPr>
                <w:rFonts w:ascii="Times New Roman" w:hAnsi="Times New Roman"/>
                <w:b/>
                <w:sz w:val="18"/>
                <w:szCs w:val="24"/>
              </w:rPr>
              <w:t xml:space="preserve"> de </w:t>
            </w:r>
            <w:proofErr w:type="spellStart"/>
            <w:r w:rsidRPr="008E6085">
              <w:rPr>
                <w:rFonts w:ascii="Times New Roman" w:hAnsi="Times New Roman"/>
                <w:b/>
                <w:sz w:val="18"/>
                <w:szCs w:val="24"/>
              </w:rPr>
              <w:t>construcții</w:t>
            </w:r>
            <w:proofErr w:type="spellEnd"/>
          </w:p>
        </w:tc>
      </w:tr>
      <w:tr w:rsidR="006C782F" w:rsidRPr="008E6085" w14:paraId="462D2A48" w14:textId="77777777">
        <w:trPr>
          <w:jc w:val="center"/>
        </w:trPr>
        <w:tc>
          <w:tcPr>
            <w:tcW w:w="1094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48036B03" w14:textId="77777777" w:rsidR="006C782F" w:rsidRPr="008E6085" w:rsidRDefault="003815A3">
            <w:pPr>
              <w:spacing w:after="1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sz w:val="16"/>
                <w:szCs w:val="24"/>
              </w:rPr>
              <w:t xml:space="preserve">☐ D.1 ·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infrastructura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de transport,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alta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decât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cea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de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interes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național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br/>
              <w:t xml:space="preserve">☐ D.2 ·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infrastructură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în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domeniul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energiei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br/>
              <w:t xml:space="preserve">☐ D.3 ·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rețele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de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comunicații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electronice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și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infrastructurile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fizice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aferente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br/>
              <w:t xml:space="preserve">☐ D.4 ·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gospodărirea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apelor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br/>
              <w:t xml:space="preserve">☐ D.5 ·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hidrotehnice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br/>
              <w:t xml:space="preserve">☐ D.6 ·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miniere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br/>
              <w:t xml:space="preserve">☐ D.7 ·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alte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lucrări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inginerești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necesare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unor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obiective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de </w:t>
            </w:r>
            <w:proofErr w:type="spellStart"/>
            <w:r w:rsidRPr="008E6085">
              <w:rPr>
                <w:rFonts w:ascii="Times New Roman" w:hAnsi="Times New Roman"/>
                <w:sz w:val="16"/>
                <w:szCs w:val="24"/>
              </w:rPr>
              <w:t>interes</w:t>
            </w:r>
            <w:proofErr w:type="spellEnd"/>
            <w:r w:rsidRPr="008E6085">
              <w:rPr>
                <w:rFonts w:ascii="Times New Roman" w:hAnsi="Times New Roman"/>
                <w:sz w:val="16"/>
                <w:szCs w:val="24"/>
              </w:rPr>
              <w:t xml:space="preserve"> public</w:t>
            </w:r>
          </w:p>
        </w:tc>
      </w:tr>
    </w:tbl>
    <w:p w14:paraId="4DBBDDFA" w14:textId="77777777" w:rsidR="006C782F" w:rsidRPr="008E6085" w:rsidRDefault="003815A3">
      <w:pPr>
        <w:spacing w:before="60" w:after="40" w:line="240" w:lineRule="auto"/>
        <w:rPr>
          <w:sz w:val="24"/>
          <w:szCs w:val="24"/>
        </w:rPr>
      </w:pPr>
      <w:proofErr w:type="spellStart"/>
      <w:r w:rsidRPr="008E6085">
        <w:rPr>
          <w:rFonts w:ascii="Times New Roman" w:hAnsi="Times New Roman"/>
          <w:sz w:val="18"/>
          <w:szCs w:val="24"/>
          <w:u w:val="single"/>
        </w:rPr>
        <w:t>Punctele</w:t>
      </w:r>
      <w:proofErr w:type="spellEnd"/>
      <w:r w:rsidRPr="008E6085">
        <w:rPr>
          <w:rFonts w:ascii="Times New Roman" w:hAnsi="Times New Roman"/>
          <w:sz w:val="18"/>
          <w:szCs w:val="24"/>
          <w:u w:val="single"/>
        </w:rPr>
        <w:t xml:space="preserve"> 2-9 se </w:t>
      </w:r>
      <w:proofErr w:type="spellStart"/>
      <w:r w:rsidRPr="008E6085">
        <w:rPr>
          <w:rFonts w:ascii="Times New Roman" w:hAnsi="Times New Roman"/>
          <w:sz w:val="18"/>
          <w:szCs w:val="24"/>
          <w:u w:val="single"/>
        </w:rPr>
        <w:t>completeaza</w:t>
      </w:r>
      <w:proofErr w:type="spellEnd"/>
      <w:r w:rsidRPr="008E6085">
        <w:rPr>
          <w:rFonts w:ascii="Times New Roman" w:hAnsi="Times New Roman"/>
          <w:sz w:val="18"/>
          <w:szCs w:val="24"/>
          <w:u w:val="single"/>
        </w:rPr>
        <w:t xml:space="preserve"> </w:t>
      </w:r>
      <w:proofErr w:type="spellStart"/>
      <w:r w:rsidRPr="008E6085">
        <w:rPr>
          <w:rFonts w:ascii="Times New Roman" w:hAnsi="Times New Roman"/>
          <w:sz w:val="18"/>
          <w:szCs w:val="24"/>
          <w:u w:val="single"/>
        </w:rPr>
        <w:t>în</w:t>
      </w:r>
      <w:proofErr w:type="spellEnd"/>
      <w:r w:rsidRPr="008E6085">
        <w:rPr>
          <w:rFonts w:ascii="Times New Roman" w:hAnsi="Times New Roman"/>
          <w:sz w:val="18"/>
          <w:szCs w:val="24"/>
          <w:u w:val="single"/>
        </w:rPr>
        <w:t xml:space="preserve"> </w:t>
      </w:r>
      <w:proofErr w:type="spellStart"/>
      <w:r w:rsidRPr="008E6085">
        <w:rPr>
          <w:rFonts w:ascii="Times New Roman" w:hAnsi="Times New Roman"/>
          <w:sz w:val="18"/>
          <w:szCs w:val="24"/>
          <w:u w:val="single"/>
        </w:rPr>
        <w:t>cazul</w:t>
      </w:r>
      <w:proofErr w:type="spellEnd"/>
      <w:r w:rsidRPr="008E6085">
        <w:rPr>
          <w:rFonts w:ascii="Times New Roman" w:hAnsi="Times New Roman"/>
          <w:sz w:val="18"/>
          <w:szCs w:val="24"/>
          <w:u w:val="single"/>
        </w:rPr>
        <w:t xml:space="preserve"> </w:t>
      </w:r>
      <w:proofErr w:type="spellStart"/>
      <w:r w:rsidRPr="008E6085">
        <w:rPr>
          <w:rFonts w:ascii="Times New Roman" w:hAnsi="Times New Roman"/>
          <w:sz w:val="18"/>
          <w:szCs w:val="24"/>
          <w:u w:val="single"/>
        </w:rPr>
        <w:t>cladirilor</w:t>
      </w:r>
      <w:proofErr w:type="spellEnd"/>
      <w:r w:rsidRPr="008E6085">
        <w:rPr>
          <w:rFonts w:ascii="Times New Roman" w:hAnsi="Times New Roman"/>
          <w:sz w:val="18"/>
          <w:szCs w:val="24"/>
          <w:u w:val="single"/>
        </w:rPr>
        <w:t xml:space="preserve"> </w:t>
      </w:r>
      <w:proofErr w:type="spellStart"/>
      <w:r w:rsidRPr="008E6085">
        <w:rPr>
          <w:rFonts w:ascii="Times New Roman" w:hAnsi="Times New Roman"/>
          <w:sz w:val="18"/>
          <w:szCs w:val="24"/>
          <w:u w:val="single"/>
        </w:rPr>
        <w:t>si</w:t>
      </w:r>
      <w:proofErr w:type="spellEnd"/>
      <w:r w:rsidRPr="008E6085">
        <w:rPr>
          <w:rFonts w:ascii="Times New Roman" w:hAnsi="Times New Roman"/>
          <w:sz w:val="18"/>
          <w:szCs w:val="24"/>
          <w:u w:val="single"/>
        </w:rPr>
        <w:t xml:space="preserve"> al </w:t>
      </w:r>
      <w:proofErr w:type="spellStart"/>
      <w:r w:rsidRPr="008E6085">
        <w:rPr>
          <w:rFonts w:ascii="Times New Roman" w:hAnsi="Times New Roman"/>
          <w:sz w:val="18"/>
          <w:szCs w:val="24"/>
          <w:u w:val="single"/>
        </w:rPr>
        <w:t>intervențiilor</w:t>
      </w:r>
      <w:proofErr w:type="spellEnd"/>
      <w:r w:rsidRPr="008E6085">
        <w:rPr>
          <w:rFonts w:ascii="Times New Roman" w:hAnsi="Times New Roman"/>
          <w:sz w:val="18"/>
          <w:szCs w:val="24"/>
          <w:u w:val="single"/>
        </w:rPr>
        <w:t xml:space="preserve"> </w:t>
      </w:r>
      <w:proofErr w:type="spellStart"/>
      <w:r w:rsidRPr="008E6085">
        <w:rPr>
          <w:rFonts w:ascii="Times New Roman" w:hAnsi="Times New Roman"/>
          <w:sz w:val="18"/>
          <w:szCs w:val="24"/>
          <w:u w:val="single"/>
        </w:rPr>
        <w:t>asupra</w:t>
      </w:r>
      <w:proofErr w:type="spellEnd"/>
      <w:r w:rsidRPr="008E6085">
        <w:rPr>
          <w:rFonts w:ascii="Times New Roman" w:hAnsi="Times New Roman"/>
          <w:sz w:val="18"/>
          <w:szCs w:val="24"/>
          <w:u w:val="single"/>
        </w:rPr>
        <w:t xml:space="preserve"> </w:t>
      </w:r>
      <w:proofErr w:type="spellStart"/>
      <w:r w:rsidRPr="008E6085">
        <w:rPr>
          <w:rFonts w:ascii="Times New Roman" w:hAnsi="Times New Roman"/>
          <w:sz w:val="18"/>
          <w:szCs w:val="24"/>
          <w:u w:val="single"/>
        </w:rPr>
        <w:t>clădirilor</w:t>
      </w:r>
      <w:proofErr w:type="spellEnd"/>
      <w:r w:rsidRPr="008E6085">
        <w:rPr>
          <w:rFonts w:ascii="Times New Roman" w:hAnsi="Times New Roman"/>
          <w:sz w:val="18"/>
          <w:szCs w:val="24"/>
          <w:u w:val="single"/>
        </w:rPr>
        <w:t xml:space="preserve"> </w:t>
      </w:r>
      <w:proofErr w:type="spellStart"/>
      <w:r w:rsidRPr="008E6085">
        <w:rPr>
          <w:rFonts w:ascii="Times New Roman" w:hAnsi="Times New Roman"/>
          <w:sz w:val="18"/>
          <w:szCs w:val="24"/>
          <w:u w:val="single"/>
        </w:rPr>
        <w:t>existente</w:t>
      </w:r>
      <w:proofErr w:type="spellEnd"/>
      <w:r w:rsidRPr="008E6085">
        <w:rPr>
          <w:rFonts w:ascii="Times New Roman" w:hAnsi="Times New Roman"/>
          <w:sz w:val="18"/>
          <w:szCs w:val="24"/>
          <w:u w:val="single"/>
        </w:rPr>
        <w:t xml:space="preserve">, </w:t>
      </w:r>
      <w:proofErr w:type="spellStart"/>
      <w:r w:rsidRPr="008E6085">
        <w:rPr>
          <w:rFonts w:ascii="Times New Roman" w:hAnsi="Times New Roman"/>
          <w:sz w:val="18"/>
          <w:szCs w:val="24"/>
          <w:u w:val="single"/>
        </w:rPr>
        <w:t>iar</w:t>
      </w:r>
      <w:proofErr w:type="spellEnd"/>
      <w:r w:rsidRPr="008E6085">
        <w:rPr>
          <w:rFonts w:ascii="Times New Roman" w:hAnsi="Times New Roman"/>
          <w:sz w:val="18"/>
          <w:szCs w:val="24"/>
          <w:u w:val="single"/>
        </w:rPr>
        <w:t xml:space="preserve"> </w:t>
      </w:r>
      <w:proofErr w:type="spellStart"/>
      <w:r w:rsidRPr="008E6085">
        <w:rPr>
          <w:rFonts w:ascii="Times New Roman" w:hAnsi="Times New Roman"/>
          <w:sz w:val="18"/>
          <w:szCs w:val="24"/>
          <w:u w:val="single"/>
        </w:rPr>
        <w:t>în</w:t>
      </w:r>
      <w:proofErr w:type="spellEnd"/>
      <w:r w:rsidRPr="008E6085">
        <w:rPr>
          <w:rFonts w:ascii="Times New Roman" w:hAnsi="Times New Roman"/>
          <w:sz w:val="18"/>
          <w:szCs w:val="24"/>
          <w:u w:val="single"/>
        </w:rPr>
        <w:t xml:space="preserve"> </w:t>
      </w:r>
      <w:proofErr w:type="spellStart"/>
      <w:r w:rsidRPr="008E6085">
        <w:rPr>
          <w:rFonts w:ascii="Times New Roman" w:hAnsi="Times New Roman"/>
          <w:sz w:val="18"/>
          <w:szCs w:val="24"/>
          <w:u w:val="single"/>
        </w:rPr>
        <w:t>cazul</w:t>
      </w:r>
      <w:proofErr w:type="spellEnd"/>
      <w:r w:rsidRPr="008E6085">
        <w:rPr>
          <w:rFonts w:ascii="Times New Roman" w:hAnsi="Times New Roman"/>
          <w:sz w:val="18"/>
          <w:szCs w:val="24"/>
          <w:u w:val="single"/>
        </w:rPr>
        <w:t xml:space="preserve"> </w:t>
      </w:r>
      <w:proofErr w:type="spellStart"/>
      <w:r w:rsidRPr="008E6085">
        <w:rPr>
          <w:rFonts w:ascii="Times New Roman" w:hAnsi="Times New Roman"/>
          <w:sz w:val="18"/>
          <w:szCs w:val="24"/>
          <w:u w:val="single"/>
        </w:rPr>
        <w:t>amenajărilor</w:t>
      </w:r>
      <w:proofErr w:type="spellEnd"/>
      <w:r w:rsidRPr="008E6085">
        <w:rPr>
          <w:rFonts w:ascii="Times New Roman" w:hAnsi="Times New Roman"/>
          <w:sz w:val="18"/>
          <w:szCs w:val="24"/>
          <w:u w:val="single"/>
        </w:rPr>
        <w:t xml:space="preserve"> /</w:t>
      </w:r>
      <w:proofErr w:type="spellStart"/>
      <w:r w:rsidRPr="008E6085">
        <w:rPr>
          <w:rFonts w:ascii="Times New Roman" w:hAnsi="Times New Roman"/>
          <w:sz w:val="18"/>
          <w:szCs w:val="24"/>
          <w:u w:val="single"/>
        </w:rPr>
        <w:t>lucrărilor</w:t>
      </w:r>
      <w:proofErr w:type="spellEnd"/>
      <w:r w:rsidRPr="008E6085">
        <w:rPr>
          <w:rFonts w:ascii="Times New Roman" w:hAnsi="Times New Roman"/>
          <w:sz w:val="18"/>
          <w:szCs w:val="24"/>
          <w:u w:val="single"/>
        </w:rPr>
        <w:t xml:space="preserve"> </w:t>
      </w:r>
      <w:proofErr w:type="spellStart"/>
      <w:r w:rsidRPr="008E6085">
        <w:rPr>
          <w:rFonts w:ascii="Times New Roman" w:hAnsi="Times New Roman"/>
          <w:sz w:val="18"/>
          <w:szCs w:val="24"/>
          <w:u w:val="single"/>
        </w:rPr>
        <w:t>inginerești</w:t>
      </w:r>
      <w:proofErr w:type="spellEnd"/>
      <w:r w:rsidRPr="008E6085">
        <w:rPr>
          <w:rFonts w:ascii="Times New Roman" w:hAnsi="Times New Roman"/>
          <w:sz w:val="18"/>
          <w:szCs w:val="24"/>
          <w:u w:val="single"/>
        </w:rPr>
        <w:t xml:space="preserve">, </w:t>
      </w:r>
      <w:proofErr w:type="spellStart"/>
      <w:r w:rsidRPr="008E6085">
        <w:rPr>
          <w:rFonts w:ascii="Times New Roman" w:hAnsi="Times New Roman"/>
          <w:sz w:val="18"/>
          <w:szCs w:val="24"/>
          <w:u w:val="single"/>
        </w:rPr>
        <w:t>doar</w:t>
      </w:r>
      <w:proofErr w:type="spellEnd"/>
      <w:r w:rsidRPr="008E6085">
        <w:rPr>
          <w:rFonts w:ascii="Times New Roman" w:hAnsi="Times New Roman"/>
          <w:sz w:val="18"/>
          <w:szCs w:val="24"/>
          <w:u w:val="single"/>
        </w:rPr>
        <w:t xml:space="preserve"> </w:t>
      </w:r>
      <w:proofErr w:type="spellStart"/>
      <w:r w:rsidRPr="008E6085">
        <w:rPr>
          <w:rFonts w:ascii="Times New Roman" w:hAnsi="Times New Roman"/>
          <w:sz w:val="18"/>
          <w:szCs w:val="24"/>
          <w:u w:val="single"/>
        </w:rPr>
        <w:t>dacă</w:t>
      </w:r>
      <w:proofErr w:type="spellEnd"/>
      <w:r w:rsidRPr="008E6085">
        <w:rPr>
          <w:rFonts w:ascii="Times New Roman" w:hAnsi="Times New Roman"/>
          <w:sz w:val="18"/>
          <w:szCs w:val="24"/>
          <w:u w:val="single"/>
        </w:rPr>
        <w:t xml:space="preserve"> </w:t>
      </w:r>
      <w:proofErr w:type="spellStart"/>
      <w:r w:rsidRPr="008E6085">
        <w:rPr>
          <w:rFonts w:ascii="Times New Roman" w:hAnsi="Times New Roman"/>
          <w:sz w:val="18"/>
          <w:szCs w:val="24"/>
          <w:u w:val="single"/>
        </w:rPr>
        <w:t>acestea</w:t>
      </w:r>
      <w:proofErr w:type="spellEnd"/>
      <w:r w:rsidRPr="008E6085">
        <w:rPr>
          <w:rFonts w:ascii="Times New Roman" w:hAnsi="Times New Roman"/>
          <w:sz w:val="18"/>
          <w:szCs w:val="24"/>
          <w:u w:val="single"/>
        </w:rPr>
        <w:t xml:space="preserve"> </w:t>
      </w:r>
      <w:proofErr w:type="spellStart"/>
      <w:r w:rsidRPr="008E6085">
        <w:rPr>
          <w:rFonts w:ascii="Times New Roman" w:hAnsi="Times New Roman"/>
          <w:sz w:val="18"/>
          <w:szCs w:val="24"/>
          <w:u w:val="single"/>
        </w:rPr>
        <w:t>cuprind</w:t>
      </w:r>
      <w:proofErr w:type="spellEnd"/>
      <w:r w:rsidRPr="008E6085">
        <w:rPr>
          <w:rFonts w:ascii="Times New Roman" w:hAnsi="Times New Roman"/>
          <w:sz w:val="18"/>
          <w:szCs w:val="24"/>
          <w:u w:val="single"/>
        </w:rPr>
        <w:t xml:space="preserve"> </w:t>
      </w:r>
      <w:proofErr w:type="spellStart"/>
      <w:r w:rsidRPr="008E6085">
        <w:rPr>
          <w:rFonts w:ascii="Times New Roman" w:hAnsi="Times New Roman"/>
          <w:sz w:val="18"/>
          <w:szCs w:val="24"/>
          <w:u w:val="single"/>
        </w:rPr>
        <w:t>și</w:t>
      </w:r>
      <w:proofErr w:type="spellEnd"/>
      <w:r w:rsidRPr="008E6085">
        <w:rPr>
          <w:rFonts w:ascii="Times New Roman" w:hAnsi="Times New Roman"/>
          <w:sz w:val="18"/>
          <w:szCs w:val="24"/>
          <w:u w:val="single"/>
        </w:rPr>
        <w:t xml:space="preserve"> </w:t>
      </w:r>
      <w:proofErr w:type="spellStart"/>
      <w:r w:rsidRPr="008E6085">
        <w:rPr>
          <w:rFonts w:ascii="Times New Roman" w:hAnsi="Times New Roman"/>
          <w:sz w:val="18"/>
          <w:szCs w:val="24"/>
          <w:u w:val="single"/>
        </w:rPr>
        <w:t>clădiri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736"/>
        <w:gridCol w:w="2736"/>
        <w:gridCol w:w="2736"/>
        <w:gridCol w:w="2736"/>
      </w:tblGrid>
      <w:tr w:rsidR="006C782F" w:rsidRPr="008E6085" w14:paraId="13FC22CA" w14:textId="77777777">
        <w:trPr>
          <w:jc w:val="center"/>
        </w:trPr>
        <w:tc>
          <w:tcPr>
            <w:tcW w:w="10944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8" w:type="dxa"/>
              <w:left w:w="35" w:type="dxa"/>
              <w:bottom w:w="8" w:type="dxa"/>
              <w:right w:w="35" w:type="dxa"/>
            </w:tcMar>
          </w:tcPr>
          <w:p w14:paraId="3B3FA726" w14:textId="77777777" w:rsidR="006C782F" w:rsidRPr="008E6085" w:rsidRDefault="003815A3">
            <w:pPr>
              <w:spacing w:before="10" w:after="1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sz w:val="18"/>
                <w:szCs w:val="24"/>
              </w:rPr>
              <w:t>2. DATELE CARACTERISTICE ALE AMPLASAMENTULUI</w:t>
            </w:r>
          </w:p>
        </w:tc>
      </w:tr>
      <w:tr w:rsidR="006C782F" w:rsidRPr="008E6085" w14:paraId="20CB2F18" w14:textId="77777777">
        <w:trPr>
          <w:jc w:val="center"/>
        </w:trPr>
        <w:tc>
          <w:tcPr>
            <w:tcW w:w="547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4ACF6BE2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Suprafața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terenului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(m²)</w:t>
            </w:r>
          </w:p>
        </w:tc>
        <w:tc>
          <w:tcPr>
            <w:tcW w:w="547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126AA867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Terenul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este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br/>
              <w:t xml:space="preserve">☐ liber de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construcții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   ☐ nu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este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liber de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construcții</w:t>
            </w:r>
            <w:proofErr w:type="spellEnd"/>
          </w:p>
        </w:tc>
      </w:tr>
      <w:tr w:rsidR="006C782F" w:rsidRPr="008E6085" w14:paraId="0318856F" w14:textId="77777777">
        <w:trPr>
          <w:jc w:val="center"/>
        </w:trPr>
        <w:tc>
          <w:tcPr>
            <w:tcW w:w="547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2DDA5D9F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Acces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carosabil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din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strada</w:t>
            </w:r>
            <w:proofErr w:type="spellEnd"/>
          </w:p>
        </w:tc>
        <w:tc>
          <w:tcPr>
            <w:tcW w:w="547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2D46758E" w14:textId="77777777" w:rsidR="006C782F" w:rsidRPr="008E6085" w:rsidRDefault="003815A3">
            <w:pPr>
              <w:spacing w:after="1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sz w:val="18"/>
                <w:szCs w:val="24"/>
              </w:rPr>
              <w:t xml:space="preserve">☐ direct     ☐ </w:t>
            </w:r>
            <w:proofErr w:type="spellStart"/>
            <w:r w:rsidRPr="008E6085">
              <w:rPr>
                <w:rFonts w:ascii="Times New Roman" w:hAnsi="Times New Roman"/>
                <w:sz w:val="18"/>
                <w:szCs w:val="24"/>
              </w:rPr>
              <w:t>prin</w:t>
            </w:r>
            <w:proofErr w:type="spellEnd"/>
            <w:r w:rsidRPr="008E6085">
              <w:rPr>
                <w:rFonts w:ascii="Times New Roman" w:hAnsi="Times New Roman"/>
                <w:sz w:val="18"/>
                <w:szCs w:val="24"/>
              </w:rPr>
              <w:t xml:space="preserve"> drum </w:t>
            </w:r>
            <w:proofErr w:type="spellStart"/>
            <w:r w:rsidRPr="008E6085">
              <w:rPr>
                <w:rFonts w:ascii="Times New Roman" w:hAnsi="Times New Roman"/>
                <w:sz w:val="18"/>
                <w:szCs w:val="24"/>
              </w:rPr>
              <w:t>privat</w:t>
            </w:r>
            <w:proofErr w:type="spellEnd"/>
          </w:p>
        </w:tc>
      </w:tr>
      <w:tr w:rsidR="006C782F" w:rsidRPr="008E6085" w14:paraId="0FF779C6" w14:textId="77777777">
        <w:trPr>
          <w:jc w:val="center"/>
        </w:trPr>
        <w:tc>
          <w:tcPr>
            <w:tcW w:w="10944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5EC39351" w14:textId="77777777" w:rsidR="006C782F" w:rsidRPr="008E6085" w:rsidRDefault="003815A3">
            <w:pPr>
              <w:spacing w:after="1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sz w:val="18"/>
                <w:szCs w:val="24"/>
              </w:rPr>
              <w:t xml:space="preserve">☐ </w:t>
            </w:r>
            <w:proofErr w:type="spellStart"/>
            <w:r w:rsidRPr="008E6085">
              <w:rPr>
                <w:rFonts w:ascii="Times New Roman" w:hAnsi="Times New Roman"/>
                <w:sz w:val="18"/>
                <w:szCs w:val="24"/>
              </w:rPr>
              <w:t>terenul</w:t>
            </w:r>
            <w:proofErr w:type="spellEnd"/>
            <w:r w:rsidRPr="008E6085">
              <w:rPr>
                <w:rFonts w:ascii="Times New Roman" w:hAnsi="Times New Roman"/>
                <w:sz w:val="18"/>
                <w:szCs w:val="24"/>
              </w:rPr>
              <w:t xml:space="preserve"> se </w:t>
            </w:r>
            <w:proofErr w:type="spellStart"/>
            <w:r w:rsidRPr="008E6085">
              <w:rPr>
                <w:rFonts w:ascii="Times New Roman" w:hAnsi="Times New Roman"/>
                <w:sz w:val="18"/>
                <w:szCs w:val="24"/>
              </w:rPr>
              <w:t>află</w:t>
            </w:r>
            <w:proofErr w:type="spellEnd"/>
            <w:r w:rsidRPr="008E6085">
              <w:rPr>
                <w:rFonts w:ascii="Times New Roman" w:hAnsi="Times New Roman"/>
                <w:sz w:val="18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8"/>
                <w:szCs w:val="24"/>
              </w:rPr>
              <w:t>în</w:t>
            </w:r>
            <w:proofErr w:type="spellEnd"/>
            <w:r w:rsidRPr="008E6085">
              <w:rPr>
                <w:rFonts w:ascii="Times New Roman" w:hAnsi="Times New Roman"/>
                <w:sz w:val="18"/>
                <w:szCs w:val="24"/>
              </w:rPr>
              <w:t xml:space="preserve"> zona de </w:t>
            </w:r>
            <w:proofErr w:type="spellStart"/>
            <w:r w:rsidRPr="008E6085">
              <w:rPr>
                <w:rFonts w:ascii="Times New Roman" w:hAnsi="Times New Roman"/>
                <w:sz w:val="18"/>
                <w:szCs w:val="24"/>
              </w:rPr>
              <w:t>protecție</w:t>
            </w:r>
            <w:proofErr w:type="spellEnd"/>
            <w:r w:rsidRPr="008E6085">
              <w:rPr>
                <w:rFonts w:ascii="Times New Roman" w:hAnsi="Times New Roman"/>
                <w:sz w:val="18"/>
                <w:szCs w:val="24"/>
              </w:rPr>
              <w:t xml:space="preserve"> a </w:t>
            </w:r>
            <w:proofErr w:type="spellStart"/>
            <w:r w:rsidRPr="008E6085">
              <w:rPr>
                <w:rFonts w:ascii="Times New Roman" w:hAnsi="Times New Roman"/>
                <w:sz w:val="18"/>
                <w:szCs w:val="24"/>
              </w:rPr>
              <w:t>monumentelor</w:t>
            </w:r>
            <w:proofErr w:type="spellEnd"/>
            <w:r w:rsidRPr="008E6085">
              <w:rPr>
                <w:rFonts w:ascii="Times New Roman" w:hAnsi="Times New Roman"/>
                <w:sz w:val="18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8"/>
                <w:szCs w:val="24"/>
              </w:rPr>
              <w:t>istorice</w:t>
            </w:r>
            <w:proofErr w:type="spellEnd"/>
            <w:r w:rsidRPr="008E6085">
              <w:rPr>
                <w:rFonts w:ascii="Times New Roman" w:hAnsi="Times New Roman"/>
                <w:sz w:val="18"/>
                <w:szCs w:val="24"/>
              </w:rPr>
              <w:t xml:space="preserve">     ☐ </w:t>
            </w:r>
            <w:proofErr w:type="spellStart"/>
            <w:r w:rsidRPr="008E6085">
              <w:rPr>
                <w:rFonts w:ascii="Times New Roman" w:hAnsi="Times New Roman"/>
                <w:sz w:val="18"/>
                <w:szCs w:val="24"/>
              </w:rPr>
              <w:t>terenul</w:t>
            </w:r>
            <w:proofErr w:type="spellEnd"/>
            <w:r w:rsidRPr="008E6085">
              <w:rPr>
                <w:rFonts w:ascii="Times New Roman" w:hAnsi="Times New Roman"/>
                <w:sz w:val="18"/>
                <w:szCs w:val="24"/>
              </w:rPr>
              <w:t xml:space="preserve"> se </w:t>
            </w:r>
            <w:proofErr w:type="spellStart"/>
            <w:r w:rsidRPr="008E6085">
              <w:rPr>
                <w:rFonts w:ascii="Times New Roman" w:hAnsi="Times New Roman"/>
                <w:sz w:val="18"/>
                <w:szCs w:val="24"/>
              </w:rPr>
              <w:t>află</w:t>
            </w:r>
            <w:proofErr w:type="spellEnd"/>
            <w:r w:rsidRPr="008E6085">
              <w:rPr>
                <w:rFonts w:ascii="Times New Roman" w:hAnsi="Times New Roman"/>
                <w:sz w:val="18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8"/>
                <w:szCs w:val="24"/>
              </w:rPr>
              <w:t>în</w:t>
            </w:r>
            <w:proofErr w:type="spellEnd"/>
            <w:r w:rsidRPr="008E6085">
              <w:rPr>
                <w:rFonts w:ascii="Times New Roman" w:hAnsi="Times New Roman"/>
                <w:sz w:val="18"/>
                <w:szCs w:val="24"/>
              </w:rPr>
              <w:t xml:space="preserve"> zone </w:t>
            </w:r>
            <w:proofErr w:type="spellStart"/>
            <w:r w:rsidRPr="008E6085">
              <w:rPr>
                <w:rFonts w:ascii="Times New Roman" w:hAnsi="Times New Roman"/>
                <w:sz w:val="18"/>
                <w:szCs w:val="24"/>
              </w:rPr>
              <w:t>construite</w:t>
            </w:r>
            <w:proofErr w:type="spellEnd"/>
            <w:r w:rsidRPr="008E6085">
              <w:rPr>
                <w:rFonts w:ascii="Times New Roman" w:hAnsi="Times New Roman"/>
                <w:sz w:val="18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sz w:val="18"/>
                <w:szCs w:val="24"/>
              </w:rPr>
              <w:t>protejate</w:t>
            </w:r>
            <w:proofErr w:type="spellEnd"/>
          </w:p>
        </w:tc>
      </w:tr>
      <w:tr w:rsidR="006C782F" w:rsidRPr="008E6085" w14:paraId="4B37A92E" w14:textId="77777777">
        <w:trPr>
          <w:jc w:val="center"/>
        </w:trPr>
        <w:tc>
          <w:tcPr>
            <w:tcW w:w="10944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24076843" w14:textId="7138B64B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Servituți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br/>
            </w:r>
          </w:p>
        </w:tc>
      </w:tr>
      <w:tr w:rsidR="006C782F" w:rsidRPr="008E6085" w14:paraId="47A1AF55" w14:textId="77777777">
        <w:trPr>
          <w:jc w:val="center"/>
        </w:trPr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3162378F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Tip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amplasare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br/>
            </w:r>
            <w:proofErr w:type="spellStart"/>
            <w:r w:rsidRPr="008E6085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izolat</w:t>
            </w:r>
            <w:proofErr w:type="spellEnd"/>
            <w:r w:rsidRPr="008E6085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 · </w:t>
            </w:r>
            <w:proofErr w:type="spellStart"/>
            <w:r w:rsidRPr="008E6085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cuplat</w:t>
            </w:r>
            <w:proofErr w:type="spellEnd"/>
            <w:r w:rsidRPr="008E6085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 xml:space="preserve"> · </w:t>
            </w:r>
            <w:proofErr w:type="spellStart"/>
            <w:r w:rsidRPr="008E6085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înșiruit</w:t>
            </w:r>
            <w:proofErr w:type="spellEnd"/>
          </w:p>
        </w:tc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1FFA275E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Tipologie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/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morfologie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urbană</w:t>
            </w:r>
            <w:proofErr w:type="spellEnd"/>
          </w:p>
        </w:tc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5AC50063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Front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construit</w:t>
            </w:r>
            <w:proofErr w:type="spellEnd"/>
          </w:p>
        </w:tc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52ACBB7E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Curte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interioară</w:t>
            </w:r>
            <w:proofErr w:type="spellEnd"/>
          </w:p>
        </w:tc>
      </w:tr>
      <w:tr w:rsidR="006C782F" w:rsidRPr="008E6085" w14:paraId="6E307A41" w14:textId="77777777">
        <w:trPr>
          <w:jc w:val="center"/>
        </w:trPr>
        <w:tc>
          <w:tcPr>
            <w:tcW w:w="10944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20D03290" w14:textId="77777777" w:rsidR="006C782F" w:rsidRPr="008E6085" w:rsidRDefault="003815A3">
            <w:pPr>
              <w:spacing w:after="10" w:line="240" w:lineRule="auto"/>
              <w:rPr>
                <w:sz w:val="24"/>
                <w:szCs w:val="24"/>
              </w:rPr>
            </w:pPr>
            <w:proofErr w:type="spellStart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>Amplasarea</w:t>
            </w:r>
            <w:proofErr w:type="spellEnd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>clădirilor</w:t>
            </w:r>
            <w:proofErr w:type="spellEnd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 xml:space="preserve"> pe </w:t>
            </w:r>
            <w:proofErr w:type="spellStart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>teren</w:t>
            </w:r>
            <w:proofErr w:type="spellEnd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 xml:space="preserve">, </w:t>
            </w:r>
            <w:proofErr w:type="spellStart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>după</w:t>
            </w:r>
            <w:proofErr w:type="spellEnd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>realizarea</w:t>
            </w:r>
            <w:proofErr w:type="spellEnd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>lucrărilor</w:t>
            </w:r>
            <w:proofErr w:type="spellEnd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 xml:space="preserve"> — </w:t>
            </w:r>
            <w:proofErr w:type="spellStart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>retragerile</w:t>
            </w:r>
            <w:proofErr w:type="spellEnd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t>minime</w:t>
            </w:r>
            <w:proofErr w:type="spellEnd"/>
            <w:r w:rsidRPr="008E6085">
              <w:rPr>
                <w:rFonts w:ascii="Times New Roman" w:hAnsi="Times New Roman"/>
                <w:i/>
                <w:sz w:val="16"/>
                <w:szCs w:val="24"/>
              </w:rPr>
              <w:br/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6"/>
                <w:szCs w:val="24"/>
              </w:rPr>
              <w:t>față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6"/>
                <w:szCs w:val="24"/>
              </w:rPr>
              <w:t xml:space="preserve"> de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6"/>
                <w:szCs w:val="24"/>
              </w:rPr>
              <w:t>aliniament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6"/>
                <w:szCs w:val="24"/>
              </w:rPr>
              <w:t xml:space="preserve"> (m)         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6"/>
                <w:szCs w:val="24"/>
              </w:rPr>
              <w:t>față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6"/>
                <w:szCs w:val="24"/>
              </w:rPr>
              <w:t xml:space="preserve"> de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6"/>
                <w:szCs w:val="24"/>
              </w:rPr>
              <w:t>limita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6"/>
                <w:szCs w:val="24"/>
              </w:rPr>
              <w:t xml:space="preserve"> lateral-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6"/>
                <w:szCs w:val="24"/>
              </w:rPr>
              <w:t>dreapta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6"/>
                <w:szCs w:val="24"/>
              </w:rPr>
              <w:t xml:space="preserve"> (m)         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6"/>
                <w:szCs w:val="24"/>
              </w:rPr>
              <w:t>față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6"/>
                <w:szCs w:val="24"/>
              </w:rPr>
              <w:t xml:space="preserve"> de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6"/>
                <w:szCs w:val="24"/>
              </w:rPr>
              <w:t>limita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6"/>
                <w:szCs w:val="24"/>
              </w:rPr>
              <w:t xml:space="preserve"> lateral-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6"/>
                <w:szCs w:val="24"/>
              </w:rPr>
              <w:t>stânga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6"/>
                <w:szCs w:val="24"/>
              </w:rPr>
              <w:t xml:space="preserve"> (m)         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6"/>
                <w:szCs w:val="24"/>
              </w:rPr>
              <w:t>față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6"/>
                <w:szCs w:val="24"/>
              </w:rPr>
              <w:t xml:space="preserve"> de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6"/>
                <w:szCs w:val="24"/>
              </w:rPr>
              <w:t>limita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6"/>
                <w:szCs w:val="24"/>
              </w:rPr>
              <w:t xml:space="preserve">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6"/>
                <w:szCs w:val="24"/>
              </w:rPr>
              <w:t>posterioară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6"/>
                <w:szCs w:val="24"/>
              </w:rPr>
              <w:t xml:space="preserve"> (m)</w:t>
            </w:r>
          </w:p>
        </w:tc>
      </w:tr>
      <w:tr w:rsidR="006C782F" w:rsidRPr="008E6085" w14:paraId="0C358B55" w14:textId="77777777">
        <w:trPr>
          <w:jc w:val="center"/>
        </w:trPr>
        <w:tc>
          <w:tcPr>
            <w:tcW w:w="547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54CEF571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Procent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de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ocupare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a terenului (%)</w:t>
            </w: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br/>
              <w:t xml:space="preserve">Existent:                       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Propus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:</w:t>
            </w:r>
          </w:p>
        </w:tc>
        <w:tc>
          <w:tcPr>
            <w:tcW w:w="547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8" w:type="dxa"/>
              <w:left w:w="35" w:type="dxa"/>
              <w:bottom w:w="8" w:type="dxa"/>
              <w:right w:w="35" w:type="dxa"/>
            </w:tcMar>
          </w:tcPr>
          <w:p w14:paraId="22AAC433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Coeficient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de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utilizare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 xml:space="preserve"> a terenului</w:t>
            </w: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br/>
              <w:t xml:space="preserve">Existent:                        </w:t>
            </w:r>
            <w:proofErr w:type="spellStart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Propus</w:t>
            </w:r>
            <w:proofErr w:type="spellEnd"/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:</w:t>
            </w:r>
          </w:p>
        </w:tc>
      </w:tr>
    </w:tbl>
    <w:p w14:paraId="7D2EF532" w14:textId="77777777" w:rsidR="006C782F" w:rsidRPr="008E6085" w:rsidRDefault="003815A3">
      <w:pPr>
        <w:rPr>
          <w:sz w:val="24"/>
          <w:szCs w:val="24"/>
        </w:rPr>
      </w:pPr>
      <w:r w:rsidRPr="008E6085">
        <w:rPr>
          <w:sz w:val="24"/>
          <w:szCs w:val="24"/>
        </w:rP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736"/>
        <w:gridCol w:w="2736"/>
        <w:gridCol w:w="2736"/>
        <w:gridCol w:w="2736"/>
      </w:tblGrid>
      <w:tr w:rsidR="006C782F" w:rsidRPr="008E6085" w14:paraId="3BBDEDCC" w14:textId="77777777">
        <w:trPr>
          <w:jc w:val="center"/>
        </w:trPr>
        <w:tc>
          <w:tcPr>
            <w:tcW w:w="10944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6" w:type="dxa"/>
              <w:left w:w="35" w:type="dxa"/>
              <w:bottom w:w="6" w:type="dxa"/>
              <w:right w:w="35" w:type="dxa"/>
            </w:tcMar>
          </w:tcPr>
          <w:p w14:paraId="0D817DA5" w14:textId="77777777" w:rsidR="006C782F" w:rsidRPr="008E6085" w:rsidRDefault="003815A3">
            <w:pPr>
              <w:spacing w:before="10" w:after="1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sz w:val="18"/>
                <w:szCs w:val="24"/>
              </w:rPr>
              <w:lastRenderedPageBreak/>
              <w:t>3. SUPRAFEȚE</w:t>
            </w:r>
          </w:p>
        </w:tc>
      </w:tr>
      <w:tr w:rsidR="006C782F" w:rsidRPr="008E6085" w14:paraId="3C157C0B" w14:textId="77777777">
        <w:trPr>
          <w:jc w:val="center"/>
        </w:trPr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00587033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0000"/>
                <w:sz w:val="18"/>
                <w:szCs w:val="24"/>
              </w:rPr>
              <w:t>clădiri existente, din care:</w:t>
            </w:r>
          </w:p>
        </w:tc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5BD4F3C5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Suprafață construită (m²)</w:t>
            </w:r>
          </w:p>
        </w:tc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1398C2F5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Suprafață desfășurată (m²)</w:t>
            </w:r>
          </w:p>
        </w:tc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667BF290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Suprafață utilă (m²)</w:t>
            </w:r>
          </w:p>
        </w:tc>
      </w:tr>
      <w:tr w:rsidR="006C782F" w:rsidRPr="008E6085" w14:paraId="72B4654B" w14:textId="77777777">
        <w:trPr>
          <w:jc w:val="center"/>
        </w:trPr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1F4483E5" w14:textId="77777777" w:rsidR="006C782F" w:rsidRPr="008E6085" w:rsidRDefault="003815A3">
            <w:pPr>
              <w:spacing w:after="1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sz w:val="16"/>
                <w:szCs w:val="24"/>
              </w:rPr>
              <w:t>— desființate</w:t>
            </w:r>
          </w:p>
        </w:tc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2284B020" w14:textId="77777777" w:rsidR="006C782F" w:rsidRPr="008E6085" w:rsidRDefault="006C782F">
            <w:pPr>
              <w:rPr>
                <w:sz w:val="24"/>
                <w:szCs w:val="24"/>
              </w:rPr>
            </w:pPr>
          </w:p>
        </w:tc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57657D7C" w14:textId="77777777" w:rsidR="006C782F" w:rsidRPr="008E6085" w:rsidRDefault="006C782F">
            <w:pPr>
              <w:rPr>
                <w:sz w:val="24"/>
                <w:szCs w:val="24"/>
              </w:rPr>
            </w:pPr>
          </w:p>
        </w:tc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6B8BF149" w14:textId="77777777" w:rsidR="006C782F" w:rsidRPr="008E6085" w:rsidRDefault="006C782F">
            <w:pPr>
              <w:rPr>
                <w:sz w:val="24"/>
                <w:szCs w:val="24"/>
              </w:rPr>
            </w:pPr>
          </w:p>
        </w:tc>
      </w:tr>
      <w:tr w:rsidR="006C782F" w:rsidRPr="008E6085" w14:paraId="5F3A2958" w14:textId="77777777">
        <w:trPr>
          <w:jc w:val="center"/>
        </w:trPr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0D9EDE1E" w14:textId="77777777" w:rsidR="006C782F" w:rsidRPr="008E6085" w:rsidRDefault="003815A3">
            <w:pPr>
              <w:spacing w:after="1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sz w:val="16"/>
                <w:szCs w:val="24"/>
              </w:rPr>
              <w:t>— menținute</w:t>
            </w:r>
          </w:p>
        </w:tc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22BBDFB8" w14:textId="77777777" w:rsidR="006C782F" w:rsidRPr="008E6085" w:rsidRDefault="006C782F">
            <w:pPr>
              <w:rPr>
                <w:sz w:val="24"/>
                <w:szCs w:val="24"/>
              </w:rPr>
            </w:pPr>
          </w:p>
        </w:tc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1C825FE0" w14:textId="77777777" w:rsidR="006C782F" w:rsidRPr="008E6085" w:rsidRDefault="006C782F">
            <w:pPr>
              <w:rPr>
                <w:sz w:val="24"/>
                <w:szCs w:val="24"/>
              </w:rPr>
            </w:pPr>
          </w:p>
        </w:tc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50A4D988" w14:textId="77777777" w:rsidR="006C782F" w:rsidRPr="008E6085" w:rsidRDefault="006C782F">
            <w:pPr>
              <w:rPr>
                <w:sz w:val="24"/>
                <w:szCs w:val="24"/>
              </w:rPr>
            </w:pPr>
          </w:p>
        </w:tc>
      </w:tr>
      <w:tr w:rsidR="006C782F" w:rsidRPr="008E6085" w14:paraId="71AED0FC" w14:textId="77777777">
        <w:trPr>
          <w:jc w:val="center"/>
        </w:trPr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5551073C" w14:textId="77777777" w:rsidR="006C782F" w:rsidRPr="008E6085" w:rsidRDefault="003815A3">
            <w:pPr>
              <w:spacing w:after="1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sz w:val="16"/>
                <w:szCs w:val="24"/>
              </w:rPr>
              <w:t>clădiri propuse</w:t>
            </w:r>
          </w:p>
        </w:tc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208F62B7" w14:textId="77777777" w:rsidR="006C782F" w:rsidRPr="008E6085" w:rsidRDefault="006C782F">
            <w:pPr>
              <w:rPr>
                <w:sz w:val="24"/>
                <w:szCs w:val="24"/>
              </w:rPr>
            </w:pPr>
          </w:p>
        </w:tc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37CAB8C2" w14:textId="77777777" w:rsidR="006C782F" w:rsidRPr="008E6085" w:rsidRDefault="006C782F">
            <w:pPr>
              <w:rPr>
                <w:sz w:val="24"/>
                <w:szCs w:val="24"/>
              </w:rPr>
            </w:pPr>
          </w:p>
        </w:tc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771EBFBE" w14:textId="77777777" w:rsidR="006C782F" w:rsidRPr="008E6085" w:rsidRDefault="006C782F">
            <w:pPr>
              <w:rPr>
                <w:sz w:val="24"/>
                <w:szCs w:val="24"/>
              </w:rPr>
            </w:pPr>
          </w:p>
        </w:tc>
      </w:tr>
      <w:tr w:rsidR="006C782F" w:rsidRPr="008E6085" w14:paraId="0D66624F" w14:textId="77777777">
        <w:trPr>
          <w:jc w:val="center"/>
        </w:trPr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5A944237" w14:textId="77777777" w:rsidR="006C782F" w:rsidRPr="008E6085" w:rsidRDefault="003815A3">
            <w:pPr>
              <w:spacing w:after="1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sz w:val="16"/>
                <w:szCs w:val="24"/>
              </w:rPr>
              <w:t>TOTAL (menținute + propuse)</w:t>
            </w:r>
          </w:p>
        </w:tc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04BD1CC3" w14:textId="77777777" w:rsidR="006C782F" w:rsidRPr="008E6085" w:rsidRDefault="006C782F">
            <w:pPr>
              <w:rPr>
                <w:sz w:val="24"/>
                <w:szCs w:val="24"/>
              </w:rPr>
            </w:pPr>
          </w:p>
        </w:tc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66052414" w14:textId="77777777" w:rsidR="006C782F" w:rsidRPr="008E6085" w:rsidRDefault="006C782F">
            <w:pPr>
              <w:rPr>
                <w:sz w:val="24"/>
                <w:szCs w:val="24"/>
              </w:rPr>
            </w:pPr>
          </w:p>
        </w:tc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6E45F8CA" w14:textId="77777777" w:rsidR="006C782F" w:rsidRPr="008E6085" w:rsidRDefault="006C782F">
            <w:pPr>
              <w:rPr>
                <w:sz w:val="24"/>
                <w:szCs w:val="24"/>
              </w:rPr>
            </w:pPr>
          </w:p>
        </w:tc>
      </w:tr>
    </w:tbl>
    <w:p w14:paraId="2BD62D2B" w14:textId="77777777" w:rsidR="006C782F" w:rsidRPr="008E6085" w:rsidRDefault="006C782F">
      <w:pPr>
        <w:spacing w:before="2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736"/>
        <w:gridCol w:w="2736"/>
        <w:gridCol w:w="2736"/>
        <w:gridCol w:w="2736"/>
      </w:tblGrid>
      <w:tr w:rsidR="006C782F" w:rsidRPr="008E6085" w14:paraId="6940D015" w14:textId="77777777">
        <w:trPr>
          <w:jc w:val="center"/>
        </w:trPr>
        <w:tc>
          <w:tcPr>
            <w:tcW w:w="10944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6" w:type="dxa"/>
              <w:left w:w="35" w:type="dxa"/>
              <w:bottom w:w="6" w:type="dxa"/>
              <w:right w:w="35" w:type="dxa"/>
            </w:tcMar>
          </w:tcPr>
          <w:p w14:paraId="528F9480" w14:textId="77777777" w:rsidR="006C782F" w:rsidRPr="008E6085" w:rsidRDefault="003815A3">
            <w:pPr>
              <w:spacing w:before="10" w:after="1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sz w:val="18"/>
                <w:szCs w:val="24"/>
              </w:rPr>
              <w:t>4. FIȘA CLĂDIRII (se completează câte una pentru fiecare imobil)</w:t>
            </w:r>
          </w:p>
        </w:tc>
      </w:tr>
      <w:tr w:rsidR="006C782F" w:rsidRPr="008E6085" w14:paraId="023AE6B8" w14:textId="77777777">
        <w:trPr>
          <w:jc w:val="center"/>
        </w:trPr>
        <w:tc>
          <w:tcPr>
            <w:tcW w:w="10944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767BB0CF" w14:textId="77777777" w:rsidR="006C782F" w:rsidRPr="008E6085" w:rsidRDefault="003815A3">
            <w:pPr>
              <w:spacing w:after="1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sz w:val="16"/>
                <w:szCs w:val="24"/>
              </w:rPr>
              <w:t>Identificarea clădirii în registru</w:t>
            </w:r>
          </w:p>
        </w:tc>
      </w:tr>
      <w:tr w:rsidR="006C782F" w:rsidRPr="008E6085" w14:paraId="03F16394" w14:textId="77777777">
        <w:trPr>
          <w:jc w:val="center"/>
        </w:trPr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28B1DB84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NIS</w:t>
            </w: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br/>
            </w:r>
            <w:r w:rsidRPr="008E6085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numărul din Registrul Național al Clădirilor</w:t>
            </w:r>
          </w:p>
        </w:tc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4A3F130C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Nr. cadastral al clădirii</w:t>
            </w: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br/>
            </w:r>
            <w:r w:rsidRPr="008E6085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forma 123456-C1</w:t>
            </w:r>
          </w:p>
        </w:tc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70CA97C3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Identificator e-Terra (IE)</w:t>
            </w:r>
          </w:p>
        </w:tc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272CFCF7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Nr. carte funciară</w:t>
            </w:r>
          </w:p>
        </w:tc>
      </w:tr>
      <w:tr w:rsidR="006C782F" w:rsidRPr="008E6085" w14:paraId="57DB4B3B" w14:textId="77777777">
        <w:trPr>
          <w:jc w:val="center"/>
        </w:trPr>
        <w:tc>
          <w:tcPr>
            <w:tcW w:w="547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5E85E20E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Tipul obiectului</w:t>
            </w: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br/>
              <w:t>☐ clădire   ☐ corp de clădire   ☐ unități locative</w:t>
            </w:r>
          </w:p>
        </w:tc>
        <w:tc>
          <w:tcPr>
            <w:tcW w:w="547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513E2341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Clădirea este</w:t>
            </w: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br/>
              <w:t>☐ existentă     ☐ propusă prin proiect</w:t>
            </w:r>
          </w:p>
        </w:tc>
      </w:tr>
      <w:tr w:rsidR="006C782F" w:rsidRPr="008E6085" w14:paraId="6E8AEB25" w14:textId="77777777">
        <w:trPr>
          <w:jc w:val="center"/>
        </w:trPr>
        <w:tc>
          <w:tcPr>
            <w:tcW w:w="547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12E1EF60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Denumirea clădirii</w:t>
            </w:r>
          </w:p>
        </w:tc>
        <w:tc>
          <w:tcPr>
            <w:tcW w:w="547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00A900A8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Descriere</w:t>
            </w:r>
          </w:p>
        </w:tc>
      </w:tr>
      <w:tr w:rsidR="006C782F" w:rsidRPr="008E6085" w14:paraId="5EAB94F5" w14:textId="77777777">
        <w:trPr>
          <w:jc w:val="center"/>
        </w:trPr>
        <w:tc>
          <w:tcPr>
            <w:tcW w:w="10944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626BDA89" w14:textId="77777777" w:rsidR="006C782F" w:rsidRPr="008E6085" w:rsidRDefault="003815A3">
            <w:pPr>
              <w:spacing w:after="1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i/>
                <w:sz w:val="16"/>
                <w:szCs w:val="24"/>
              </w:rPr>
              <w:t>CARACTERISTICI ALE CLĂDIRII</w:t>
            </w:r>
            <w:r w:rsidRPr="008E6085">
              <w:rPr>
                <w:rFonts w:ascii="Times New Roman" w:hAnsi="Times New Roman"/>
                <w:i/>
                <w:sz w:val="16"/>
                <w:szCs w:val="24"/>
              </w:rPr>
              <w:br/>
              <w:t>(În cazul intervențiilor asupra clădirilor existente, pentru fiecare câmp, se vor preciza caracteristicile clădirii existente/respectiv ale celei propuse)</w:t>
            </w:r>
          </w:p>
        </w:tc>
      </w:tr>
      <w:tr w:rsidR="006C782F" w:rsidRPr="008E6085" w14:paraId="78194AC8" w14:textId="77777777">
        <w:trPr>
          <w:jc w:val="center"/>
        </w:trPr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777E5703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Destinația / funcțiunea principală</w:t>
            </w: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br/>
            </w:r>
            <w:r w:rsidRPr="008E6085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(existent/propus)</w:t>
            </w:r>
          </w:p>
        </w:tc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44DD1064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Funcțiuni secundare</w:t>
            </w: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br/>
            </w:r>
            <w:r w:rsidRPr="008E6085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(existent/propus)</w:t>
            </w:r>
          </w:p>
        </w:tc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6FCAA15F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Regim juridic</w:t>
            </w:r>
          </w:p>
        </w:tc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4B9D9992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Zonă fiscală</w:t>
            </w:r>
          </w:p>
        </w:tc>
      </w:tr>
      <w:tr w:rsidR="006C782F" w:rsidRPr="008E6085" w14:paraId="77470505" w14:textId="77777777">
        <w:trPr>
          <w:jc w:val="center"/>
        </w:trPr>
        <w:tc>
          <w:tcPr>
            <w:tcW w:w="547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7D56C533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Anul construirii / Anul ultimei renovări</w:t>
            </w: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br/>
            </w:r>
            <w:r w:rsidRPr="008E6085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la clădirile existente / dacă e cazul</w:t>
            </w:r>
          </w:p>
        </w:tc>
        <w:tc>
          <w:tcPr>
            <w:tcW w:w="547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04D8411F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Durata de viață estimată (ani)</w:t>
            </w:r>
          </w:p>
        </w:tc>
      </w:tr>
      <w:tr w:rsidR="006C782F" w:rsidRPr="008E6085" w14:paraId="10569C31" w14:textId="77777777">
        <w:trPr>
          <w:jc w:val="center"/>
        </w:trPr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7A988AF2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Regim de înălțime</w:t>
            </w: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br/>
            </w:r>
            <w:r w:rsidRPr="008E6085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ex. S+P+2E+M</w:t>
            </w:r>
          </w:p>
        </w:tc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4917691D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Înălțimea la cornișă (m)</w:t>
            </w: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br/>
            </w:r>
            <w:r w:rsidRPr="008E6085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(existent/propus)</w:t>
            </w:r>
          </w:p>
        </w:tc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22285979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Înălțimea maximă (m)</w:t>
            </w: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br/>
            </w:r>
            <w:r w:rsidRPr="008E6085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(existent/propus)</w:t>
            </w:r>
          </w:p>
        </w:tc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00FD4BEE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Cota terenului amenajat / natural (m)</w:t>
            </w:r>
          </w:p>
        </w:tc>
      </w:tr>
      <w:tr w:rsidR="006C782F" w:rsidRPr="008E6085" w14:paraId="51522E32" w14:textId="77777777">
        <w:trPr>
          <w:jc w:val="center"/>
        </w:trPr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65B2B627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Suprafața construită (m²)</w:t>
            </w:r>
          </w:p>
        </w:tc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1402DDE9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Suprafața desfășurată (m²)</w:t>
            </w:r>
          </w:p>
        </w:tc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4D07E672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Suprafața utilă (m²)</w:t>
            </w:r>
          </w:p>
        </w:tc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43208319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Volum construit (m³)</w:t>
            </w:r>
          </w:p>
        </w:tc>
      </w:tr>
      <w:tr w:rsidR="006C782F" w:rsidRPr="008E6085" w14:paraId="65E1568B" w14:textId="77777777">
        <w:trPr>
          <w:jc w:val="center"/>
        </w:trPr>
        <w:tc>
          <w:tcPr>
            <w:tcW w:w="547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58C32561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Sistem structural / Material structural</w:t>
            </w: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br/>
            </w:r>
            <w:r w:rsidRPr="008E6085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(existent/propus)</w:t>
            </w:r>
          </w:p>
        </w:tc>
        <w:tc>
          <w:tcPr>
            <w:tcW w:w="547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517DE5AF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Clasa de risc seismic</w:t>
            </w: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br/>
            </w:r>
            <w:r w:rsidRPr="008E6085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Rs I ... Rs IV</w:t>
            </w:r>
          </w:p>
        </w:tc>
      </w:tr>
      <w:tr w:rsidR="006C782F" w:rsidRPr="008E6085" w14:paraId="77E3223C" w14:textId="77777777">
        <w:trPr>
          <w:jc w:val="center"/>
        </w:trPr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10C208E3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Acoperiș / învelitoare</w:t>
            </w: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br/>
            </w:r>
            <w:r w:rsidRPr="008E6085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șarpantă sau terasă</w:t>
            </w:r>
          </w:p>
        </w:tc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7EDB9FA3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Învelitoare (material / culoare)</w:t>
            </w:r>
          </w:p>
        </w:tc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4A8832BD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Finisaj / tâmplărie exterioară</w:t>
            </w: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br/>
            </w:r>
            <w:r w:rsidRPr="008E6085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material, culoare</w:t>
            </w:r>
          </w:p>
        </w:tc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660F66AF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Sistem de încălzire</w:t>
            </w:r>
          </w:p>
        </w:tc>
      </w:tr>
      <w:tr w:rsidR="006C782F" w:rsidRPr="008E6085" w14:paraId="466004C6" w14:textId="77777777">
        <w:trPr>
          <w:jc w:val="center"/>
        </w:trPr>
        <w:tc>
          <w:tcPr>
            <w:tcW w:w="547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5FA54FC1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Nivel de stabilitate la incendiu</w:t>
            </w: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br/>
            </w:r>
            <w:r w:rsidRPr="008E6085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(existent/propus)</w:t>
            </w:r>
          </w:p>
        </w:tc>
        <w:tc>
          <w:tcPr>
            <w:tcW w:w="547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63F197F9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Număr maxim utilizatori</w:t>
            </w: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br/>
            </w:r>
            <w:r w:rsidRPr="008E6085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(existent/propus)</w:t>
            </w:r>
          </w:p>
        </w:tc>
      </w:tr>
    </w:tbl>
    <w:p w14:paraId="6CA3E72F" w14:textId="77777777" w:rsidR="006C782F" w:rsidRPr="008E6085" w:rsidRDefault="006C782F">
      <w:pPr>
        <w:spacing w:before="2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736"/>
        <w:gridCol w:w="2736"/>
        <w:gridCol w:w="2736"/>
        <w:gridCol w:w="2736"/>
      </w:tblGrid>
      <w:tr w:rsidR="006C782F" w:rsidRPr="008E6085" w14:paraId="10BE84D1" w14:textId="77777777">
        <w:trPr>
          <w:jc w:val="center"/>
        </w:trPr>
        <w:tc>
          <w:tcPr>
            <w:tcW w:w="10944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6" w:type="dxa"/>
              <w:left w:w="35" w:type="dxa"/>
              <w:bottom w:w="6" w:type="dxa"/>
              <w:right w:w="35" w:type="dxa"/>
            </w:tcMar>
          </w:tcPr>
          <w:p w14:paraId="66E8EC4F" w14:textId="77777777" w:rsidR="006C782F" w:rsidRPr="008E6085" w:rsidRDefault="003815A3">
            <w:pPr>
              <w:spacing w:before="10" w:after="1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sz w:val="18"/>
                <w:szCs w:val="24"/>
              </w:rPr>
              <w:t>5. CAPACITĂȚILE FUNCȚIONALE ALE CONSTRUCȚIILOR PROIECTATE</w:t>
            </w:r>
          </w:p>
        </w:tc>
      </w:tr>
      <w:tr w:rsidR="006C782F" w:rsidRPr="008E6085" w14:paraId="4F8DABCD" w14:textId="77777777">
        <w:trPr>
          <w:jc w:val="center"/>
        </w:trPr>
        <w:tc>
          <w:tcPr>
            <w:tcW w:w="10944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77FA11E6" w14:textId="77777777" w:rsidR="006C782F" w:rsidRPr="008E6085" w:rsidRDefault="003815A3">
            <w:pPr>
              <w:spacing w:after="1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sz w:val="16"/>
                <w:szCs w:val="24"/>
              </w:rPr>
              <w:t>Construcții de locuințe</w:t>
            </w:r>
            <w:r w:rsidRPr="008E6085">
              <w:rPr>
                <w:rFonts w:ascii="Times New Roman" w:hAnsi="Times New Roman"/>
                <w:sz w:val="16"/>
                <w:szCs w:val="24"/>
              </w:rPr>
              <w:br/>
              <w:t>☐ principale (permanente)   ☐ sezoniere (de vacanță)   ☐ pentru închiriere   ☐ sociale   ☐ de serviciu   ☐ de necesitate   ☐ de intervenție   ☐ de protocol</w:t>
            </w:r>
          </w:p>
        </w:tc>
      </w:tr>
      <w:tr w:rsidR="006C782F" w:rsidRPr="008E6085" w14:paraId="1349E4CA" w14:textId="77777777">
        <w:trPr>
          <w:jc w:val="center"/>
        </w:trPr>
        <w:tc>
          <w:tcPr>
            <w:tcW w:w="10944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0904AC12" w14:textId="77777777" w:rsidR="006C782F" w:rsidRPr="008E6085" w:rsidRDefault="003815A3">
            <w:pPr>
              <w:spacing w:after="1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6"/>
                <w:szCs w:val="24"/>
              </w:rPr>
              <w:t>Număr de apartamente:   cu 1 cameră: ____   2 camere: ____   3 camere: ____   4 camere: ____   5+ camere: ____</w:t>
            </w:r>
          </w:p>
        </w:tc>
      </w:tr>
      <w:tr w:rsidR="006C782F" w:rsidRPr="008E6085" w14:paraId="2BDD43F8" w14:textId="77777777">
        <w:trPr>
          <w:jc w:val="center"/>
        </w:trPr>
        <w:tc>
          <w:tcPr>
            <w:tcW w:w="10944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14DAE058" w14:textId="77777777" w:rsidR="006C782F" w:rsidRPr="008E6085" w:rsidRDefault="003815A3">
            <w:pPr>
              <w:spacing w:after="1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sz w:val="16"/>
                <w:szCs w:val="24"/>
              </w:rPr>
              <w:t>Construcții pentru instituții publice și servicii</w:t>
            </w:r>
          </w:p>
        </w:tc>
      </w:tr>
      <w:tr w:rsidR="006C782F" w:rsidRPr="008E6085" w14:paraId="3B02F1E4" w14:textId="77777777">
        <w:trPr>
          <w:jc w:val="center"/>
        </w:trPr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62855D2E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sănătate — nr. de paturi</w:t>
            </w:r>
          </w:p>
        </w:tc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3154909E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învățământ — nr. săli / locuri / grupe</w:t>
            </w:r>
          </w:p>
        </w:tc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143CCE40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cultură — nr. de locuri</w:t>
            </w:r>
          </w:p>
        </w:tc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7BC12059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hoteliere — nr. camere / locuri</w:t>
            </w:r>
          </w:p>
        </w:tc>
      </w:tr>
      <w:tr w:rsidR="006C782F" w:rsidRPr="008E6085" w14:paraId="04217103" w14:textId="77777777">
        <w:trPr>
          <w:jc w:val="center"/>
        </w:trPr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7B067F88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culte — nr. de locuri</w:t>
            </w:r>
          </w:p>
        </w:tc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43577E17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administrative / financiare — nr. pers.</w:t>
            </w:r>
          </w:p>
        </w:tc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0E8D1199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comerț / servicii / sport — nr. pers.</w:t>
            </w:r>
          </w:p>
        </w:tc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54E8DADF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agricole / producție / depozitare</w:t>
            </w:r>
          </w:p>
        </w:tc>
      </w:tr>
      <w:tr w:rsidR="006C782F" w:rsidRPr="008E6085" w14:paraId="1E0B8C92" w14:textId="77777777">
        <w:trPr>
          <w:jc w:val="center"/>
        </w:trPr>
        <w:tc>
          <w:tcPr>
            <w:tcW w:w="10944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11F924F5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Alte caracteristici ale capacităților funcționale, necuprinse mai sus</w:t>
            </w:r>
          </w:p>
        </w:tc>
      </w:tr>
    </w:tbl>
    <w:p w14:paraId="3C1C6E0B" w14:textId="77777777" w:rsidR="006C782F" w:rsidRPr="008E6085" w:rsidRDefault="003815A3">
      <w:pPr>
        <w:rPr>
          <w:sz w:val="24"/>
          <w:szCs w:val="24"/>
        </w:rPr>
      </w:pPr>
      <w:r w:rsidRPr="008E6085">
        <w:rPr>
          <w:sz w:val="24"/>
          <w:szCs w:val="24"/>
        </w:rP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736"/>
        <w:gridCol w:w="2736"/>
        <w:gridCol w:w="2736"/>
        <w:gridCol w:w="2736"/>
      </w:tblGrid>
      <w:tr w:rsidR="006C782F" w:rsidRPr="008E6085" w14:paraId="56A2B21F" w14:textId="77777777">
        <w:trPr>
          <w:jc w:val="center"/>
        </w:trPr>
        <w:tc>
          <w:tcPr>
            <w:tcW w:w="10944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6" w:type="dxa"/>
              <w:left w:w="35" w:type="dxa"/>
              <w:bottom w:w="6" w:type="dxa"/>
              <w:right w:w="35" w:type="dxa"/>
            </w:tcMar>
          </w:tcPr>
          <w:p w14:paraId="29B66DE5" w14:textId="77777777" w:rsidR="006C782F" w:rsidRPr="008E6085" w:rsidRDefault="003815A3">
            <w:pPr>
              <w:spacing w:before="10" w:after="1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sz w:val="18"/>
                <w:szCs w:val="24"/>
              </w:rPr>
              <w:lastRenderedPageBreak/>
              <w:t>6. UTILITĂȚI · GARAJE ȘI PARCAJE · AMENAJĂRI EXTERIOARE</w:t>
            </w:r>
          </w:p>
        </w:tc>
      </w:tr>
      <w:tr w:rsidR="006C782F" w:rsidRPr="008E6085" w14:paraId="7C958349" w14:textId="77777777">
        <w:trPr>
          <w:jc w:val="center"/>
        </w:trPr>
        <w:tc>
          <w:tcPr>
            <w:tcW w:w="10944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3A98377D" w14:textId="77777777" w:rsidR="006C782F" w:rsidRPr="008E6085" w:rsidRDefault="003815A3">
            <w:pPr>
              <w:spacing w:after="1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sz w:val="16"/>
                <w:szCs w:val="24"/>
              </w:rPr>
              <w:t>☐ apă   ☐ canalizare   ☐ energie electrică   ☐ energie termică   ☐ gaze naturale   ☐ telefonizare   ☐ salubritate   ☐ transport urban   ☐ alte utilități</w:t>
            </w:r>
          </w:p>
        </w:tc>
      </w:tr>
      <w:tr w:rsidR="006C782F" w:rsidRPr="008E6085" w14:paraId="6B7299A4" w14:textId="77777777">
        <w:trPr>
          <w:jc w:val="center"/>
        </w:trPr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0EDA6F4C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garaje — nr. locuri</w:t>
            </w:r>
          </w:p>
        </w:tc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6CEC801D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parcaje — nr. locuri</w:t>
            </w:r>
          </w:p>
        </w:tc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47FBB9A4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parcaje pentru biciclete — nr. locuri</w:t>
            </w:r>
          </w:p>
        </w:tc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1F0DB201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alei carosabile / parcaje sol (m²)</w:t>
            </w:r>
          </w:p>
        </w:tc>
      </w:tr>
      <w:tr w:rsidR="006C782F" w:rsidRPr="008E6085" w14:paraId="71DE4506" w14:textId="77777777">
        <w:trPr>
          <w:jc w:val="center"/>
        </w:trPr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267D1B25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alei pietonale (m²)</w:t>
            </w:r>
          </w:p>
        </w:tc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288729F1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alte platforme nivel sol (m²)</w:t>
            </w: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br/>
            </w:r>
            <w:r w:rsidRPr="008E6085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deșeuri etc.</w:t>
            </w:r>
          </w:p>
        </w:tc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6460D1AC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arbori tăiați / menținuți / plantați (nr.)</w:t>
            </w:r>
          </w:p>
        </w:tc>
        <w:tc>
          <w:tcPr>
            <w:tcW w:w="2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7158AC7E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spații verzi (m²)</w:t>
            </w:r>
          </w:p>
        </w:tc>
      </w:tr>
    </w:tbl>
    <w:p w14:paraId="770ADCB4" w14:textId="77777777" w:rsidR="006C782F" w:rsidRPr="008E6085" w:rsidRDefault="006C782F">
      <w:pPr>
        <w:spacing w:before="2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472"/>
        <w:gridCol w:w="5472"/>
      </w:tblGrid>
      <w:tr w:rsidR="006C782F" w:rsidRPr="008E6085" w14:paraId="0849C1B1" w14:textId="77777777">
        <w:trPr>
          <w:jc w:val="center"/>
        </w:trPr>
        <w:tc>
          <w:tcPr>
            <w:tcW w:w="10944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6" w:type="dxa"/>
              <w:left w:w="35" w:type="dxa"/>
              <w:bottom w:w="6" w:type="dxa"/>
              <w:right w:w="35" w:type="dxa"/>
            </w:tcMar>
          </w:tcPr>
          <w:p w14:paraId="76C1EA63" w14:textId="77777777" w:rsidR="006C782F" w:rsidRPr="008E6085" w:rsidRDefault="003815A3">
            <w:pPr>
              <w:spacing w:before="10" w:after="1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sz w:val="18"/>
                <w:szCs w:val="24"/>
              </w:rPr>
              <w:t>7. MĂSURI DE PROTECȚIE A MEDIULUI/SECURITATE LA INCENDIU/PROTECȚIE CIVILĂ</w:t>
            </w:r>
          </w:p>
        </w:tc>
      </w:tr>
      <w:tr w:rsidR="006C782F" w:rsidRPr="008E6085" w14:paraId="70C97980" w14:textId="77777777">
        <w:trPr>
          <w:jc w:val="center"/>
        </w:trPr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1098622B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Modul de evacuare a deșeurilor</w:t>
            </w:r>
          </w:p>
        </w:tc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40FACE4F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Alte măsuri de securitate la incendiu și protecție civilă</w:t>
            </w:r>
          </w:p>
        </w:tc>
      </w:tr>
      <w:tr w:rsidR="006C782F" w:rsidRPr="008E6085" w14:paraId="19182917" w14:textId="77777777">
        <w:trPr>
          <w:jc w:val="center"/>
        </w:trPr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7C47044E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Măsuri de protecție a mediului</w:t>
            </w:r>
          </w:p>
        </w:tc>
        <w:tc>
          <w:tcPr>
            <w:tcW w:w="54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4B7D1840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Alte măsuri specifice:</w:t>
            </w:r>
          </w:p>
        </w:tc>
      </w:tr>
    </w:tbl>
    <w:p w14:paraId="4EED2907" w14:textId="77777777" w:rsidR="006C782F" w:rsidRPr="008E6085" w:rsidRDefault="006C782F">
      <w:pPr>
        <w:spacing w:before="2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48"/>
        <w:gridCol w:w="3648"/>
        <w:gridCol w:w="3648"/>
      </w:tblGrid>
      <w:tr w:rsidR="006C782F" w:rsidRPr="008E6085" w14:paraId="25B5010D" w14:textId="77777777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6" w:type="dxa"/>
              <w:left w:w="35" w:type="dxa"/>
              <w:bottom w:w="15" w:type="dxa"/>
              <w:right w:w="35" w:type="dxa"/>
            </w:tcMar>
          </w:tcPr>
          <w:p w14:paraId="7B4BCAEE" w14:textId="77777777" w:rsidR="006C782F" w:rsidRPr="008E6085" w:rsidRDefault="003815A3">
            <w:pPr>
              <w:spacing w:before="10" w:after="1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sz w:val="18"/>
                <w:szCs w:val="24"/>
              </w:rPr>
              <w:t>8. ÎNTOCMIT</w:t>
            </w:r>
          </w:p>
        </w:tc>
      </w:tr>
      <w:tr w:rsidR="006C782F" w:rsidRPr="008E6085" w14:paraId="1819A54C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15" w:type="dxa"/>
              <w:right w:w="35" w:type="dxa"/>
            </w:tcMar>
          </w:tcPr>
          <w:p w14:paraId="2BF61B7A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Numele și prenumele / firma și reprezentantul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15" w:type="dxa"/>
              <w:right w:w="35" w:type="dxa"/>
            </w:tcMar>
          </w:tcPr>
          <w:p w14:paraId="1B88E34D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Data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15" w:type="dxa"/>
              <w:right w:w="35" w:type="dxa"/>
            </w:tcMar>
          </w:tcPr>
          <w:p w14:paraId="6D84BB7D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Semnătura și parafa</w:t>
            </w:r>
          </w:p>
        </w:tc>
      </w:tr>
    </w:tbl>
    <w:p w14:paraId="2AE703E4" w14:textId="77777777" w:rsidR="006C782F" w:rsidRPr="008E6085" w:rsidRDefault="006C782F">
      <w:pPr>
        <w:spacing w:before="20" w:after="0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48"/>
        <w:gridCol w:w="3648"/>
        <w:gridCol w:w="3648"/>
      </w:tblGrid>
      <w:tr w:rsidR="006C782F" w:rsidRPr="008E6085" w14:paraId="6D34FA45" w14:textId="77777777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6" w:type="dxa"/>
              <w:left w:w="35" w:type="dxa"/>
              <w:bottom w:w="6" w:type="dxa"/>
              <w:right w:w="35" w:type="dxa"/>
            </w:tcMar>
          </w:tcPr>
          <w:p w14:paraId="7B8D0CE7" w14:textId="77777777" w:rsidR="006C782F" w:rsidRPr="008E6085" w:rsidRDefault="003815A3">
            <w:pPr>
              <w:spacing w:before="10" w:after="1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sz w:val="18"/>
                <w:szCs w:val="24"/>
              </w:rPr>
              <w:t>9. COMUNICAREA ÎN REGISTRUL NAȚIONAL AL CLĂDIRILOR</w:t>
            </w:r>
          </w:p>
        </w:tc>
      </w:tr>
      <w:tr w:rsidR="006C782F" w:rsidRPr="008E6085" w14:paraId="536B63D6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247208C0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Clădirea a fost</w:t>
            </w: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br/>
              <w:t>☐ identificată în registru   ☐ declarată acum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45C685F1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NIS atribuit / confirmat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6C0D405F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Cod investiție</w:t>
            </w: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br/>
            </w:r>
            <w:r w:rsidRPr="008E6085">
              <w:rPr>
                <w:rFonts w:ascii="Times New Roman" w:hAnsi="Times New Roman"/>
                <w:i/>
                <w:color w:val="787878"/>
                <w:sz w:val="16"/>
                <w:szCs w:val="24"/>
              </w:rPr>
              <w:t>dacă lucrarea e legată de o investiție</w:t>
            </w:r>
          </w:p>
        </w:tc>
      </w:tr>
      <w:tr w:rsidR="006C782F" w:rsidRPr="008E6085" w14:paraId="7F57C2CB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59E1F52A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Data comunicării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4C871FBA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Numărul tranzacției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76D909BE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Comunicat de</w:t>
            </w:r>
          </w:p>
        </w:tc>
      </w:tr>
    </w:tbl>
    <w:p w14:paraId="64D8E0DA" w14:textId="77777777" w:rsidR="006C782F" w:rsidRPr="008E6085" w:rsidRDefault="003815A3">
      <w:pPr>
        <w:spacing w:before="80" w:after="40" w:line="240" w:lineRule="auto"/>
        <w:rPr>
          <w:sz w:val="24"/>
          <w:szCs w:val="24"/>
        </w:rPr>
      </w:pPr>
      <w:r w:rsidRPr="008E6085">
        <w:rPr>
          <w:rFonts w:ascii="Times New Roman" w:hAnsi="Times New Roman"/>
          <w:sz w:val="18"/>
          <w:szCs w:val="24"/>
          <w:u w:val="single"/>
        </w:rPr>
        <w:t>Punctele 10-13 se completează în cazul amenajărilor /lucrărilor inginerești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48"/>
        <w:gridCol w:w="1824"/>
        <w:gridCol w:w="1824"/>
        <w:gridCol w:w="3648"/>
      </w:tblGrid>
      <w:tr w:rsidR="006C782F" w:rsidRPr="008E6085" w14:paraId="2A813EF9" w14:textId="77777777">
        <w:trPr>
          <w:jc w:val="center"/>
        </w:trPr>
        <w:tc>
          <w:tcPr>
            <w:tcW w:w="10944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6" w:type="dxa"/>
              <w:left w:w="35" w:type="dxa"/>
              <w:bottom w:w="12" w:type="dxa"/>
              <w:right w:w="35" w:type="dxa"/>
            </w:tcMar>
          </w:tcPr>
          <w:p w14:paraId="6F36F5D1" w14:textId="77777777" w:rsidR="006C782F" w:rsidRPr="008E6085" w:rsidRDefault="003815A3">
            <w:pPr>
              <w:spacing w:before="10" w:after="1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sz w:val="18"/>
                <w:szCs w:val="24"/>
              </w:rPr>
              <w:t>10. DATELE CARACTERISTICE ALE AMPLASAMENTULUI</w:t>
            </w:r>
          </w:p>
        </w:tc>
      </w:tr>
      <w:tr w:rsidR="006C782F" w:rsidRPr="008E6085" w14:paraId="7A65A9EF" w14:textId="77777777">
        <w:trPr>
          <w:jc w:val="center"/>
        </w:trPr>
        <w:tc>
          <w:tcPr>
            <w:tcW w:w="10944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12" w:type="dxa"/>
              <w:right w:w="35" w:type="dxa"/>
            </w:tcMar>
          </w:tcPr>
          <w:p w14:paraId="3B59AD99" w14:textId="77777777" w:rsidR="006C782F" w:rsidRPr="008E6085" w:rsidRDefault="006C782F">
            <w:pPr>
              <w:rPr>
                <w:sz w:val="24"/>
                <w:szCs w:val="24"/>
              </w:rPr>
            </w:pPr>
          </w:p>
        </w:tc>
      </w:tr>
      <w:tr w:rsidR="006C782F" w:rsidRPr="008E6085" w14:paraId="7891C5DB" w14:textId="77777777">
        <w:trPr>
          <w:jc w:val="center"/>
        </w:trPr>
        <w:tc>
          <w:tcPr>
            <w:tcW w:w="10944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6" w:type="dxa"/>
              <w:left w:w="35" w:type="dxa"/>
              <w:bottom w:w="12" w:type="dxa"/>
              <w:right w:w="35" w:type="dxa"/>
            </w:tcMar>
          </w:tcPr>
          <w:p w14:paraId="2935307C" w14:textId="77777777" w:rsidR="006C782F" w:rsidRPr="008E6085" w:rsidRDefault="003815A3">
            <w:pPr>
              <w:spacing w:before="10" w:after="1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sz w:val="18"/>
                <w:szCs w:val="24"/>
              </w:rPr>
              <w:t>11. CARACTERISTICI TEHNICE ȘI CAPACITĂȚI FUNCȚIONALE  SPECIFICE</w:t>
            </w:r>
          </w:p>
        </w:tc>
      </w:tr>
      <w:tr w:rsidR="006C782F" w:rsidRPr="008E6085" w14:paraId="0C68FCA0" w14:textId="77777777">
        <w:trPr>
          <w:jc w:val="center"/>
        </w:trPr>
        <w:tc>
          <w:tcPr>
            <w:tcW w:w="10944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12" w:type="dxa"/>
              <w:right w:w="35" w:type="dxa"/>
            </w:tcMar>
          </w:tcPr>
          <w:p w14:paraId="0B606756" w14:textId="77777777" w:rsidR="006C782F" w:rsidRPr="008E6085" w:rsidRDefault="006C782F">
            <w:pPr>
              <w:rPr>
                <w:sz w:val="24"/>
                <w:szCs w:val="24"/>
              </w:rPr>
            </w:pPr>
          </w:p>
        </w:tc>
      </w:tr>
      <w:tr w:rsidR="006C782F" w:rsidRPr="008E6085" w14:paraId="301F9DC7" w14:textId="77777777">
        <w:trPr>
          <w:jc w:val="center"/>
        </w:trPr>
        <w:tc>
          <w:tcPr>
            <w:tcW w:w="10944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6" w:type="dxa"/>
              <w:left w:w="35" w:type="dxa"/>
              <w:bottom w:w="6" w:type="dxa"/>
              <w:right w:w="35" w:type="dxa"/>
            </w:tcMar>
          </w:tcPr>
          <w:p w14:paraId="32B04A50" w14:textId="77777777" w:rsidR="006C782F" w:rsidRPr="008E6085" w:rsidRDefault="003815A3">
            <w:pPr>
              <w:spacing w:before="10" w:after="1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sz w:val="18"/>
                <w:szCs w:val="24"/>
              </w:rPr>
              <w:t>12. MĂSURI DE PROTECȚIE A MEDIULUI / SECURITATE LA INCENDIU</w:t>
            </w:r>
          </w:p>
        </w:tc>
      </w:tr>
      <w:tr w:rsidR="006C782F" w:rsidRPr="008E6085" w14:paraId="1FBBE6B6" w14:textId="77777777">
        <w:trPr>
          <w:jc w:val="center"/>
        </w:trPr>
        <w:tc>
          <w:tcPr>
            <w:tcW w:w="547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47F4B668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Modul de evacuare a deșeurilor</w:t>
            </w:r>
          </w:p>
        </w:tc>
        <w:tc>
          <w:tcPr>
            <w:tcW w:w="547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120688D4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Măsuri de securitate la incendiu</w:t>
            </w:r>
          </w:p>
        </w:tc>
      </w:tr>
      <w:tr w:rsidR="006C782F" w:rsidRPr="008E6085" w14:paraId="3DD30EE4" w14:textId="77777777">
        <w:trPr>
          <w:jc w:val="center"/>
        </w:trPr>
        <w:tc>
          <w:tcPr>
            <w:tcW w:w="547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068EA8B7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Măsuri de protecție a mediului</w:t>
            </w:r>
          </w:p>
        </w:tc>
        <w:tc>
          <w:tcPr>
            <w:tcW w:w="547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6" w:type="dxa"/>
              <w:right w:w="35" w:type="dxa"/>
            </w:tcMar>
          </w:tcPr>
          <w:p w14:paraId="29EB2ABB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Alte măsuri specifice</w:t>
            </w:r>
          </w:p>
        </w:tc>
      </w:tr>
      <w:tr w:rsidR="006C782F" w:rsidRPr="008E6085" w14:paraId="43F302E3" w14:textId="77777777">
        <w:trPr>
          <w:jc w:val="center"/>
        </w:trPr>
        <w:tc>
          <w:tcPr>
            <w:tcW w:w="10944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BEBEB"/>
            <w:tcMar>
              <w:top w:w="6" w:type="dxa"/>
              <w:left w:w="35" w:type="dxa"/>
              <w:bottom w:w="15" w:type="dxa"/>
              <w:right w:w="35" w:type="dxa"/>
            </w:tcMar>
          </w:tcPr>
          <w:p w14:paraId="64EF1B31" w14:textId="77777777" w:rsidR="006C782F" w:rsidRPr="008E6085" w:rsidRDefault="003815A3">
            <w:pPr>
              <w:spacing w:before="10" w:after="1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sz w:val="18"/>
                <w:szCs w:val="24"/>
              </w:rPr>
              <w:t>13. ÎNTOCMIT</w:t>
            </w:r>
          </w:p>
        </w:tc>
      </w:tr>
      <w:tr w:rsidR="006C782F" w:rsidRPr="008E6085" w14:paraId="6C530DA8" w14:textId="77777777">
        <w:trPr>
          <w:jc w:val="center"/>
        </w:trPr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15" w:type="dxa"/>
              <w:right w:w="35" w:type="dxa"/>
            </w:tcMar>
          </w:tcPr>
          <w:p w14:paraId="5CC2A15E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Numele și prenumele / firma și reprezentantul</w:t>
            </w:r>
          </w:p>
        </w:tc>
        <w:tc>
          <w:tcPr>
            <w:tcW w:w="3648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15" w:type="dxa"/>
              <w:right w:w="35" w:type="dxa"/>
            </w:tcMar>
          </w:tcPr>
          <w:p w14:paraId="31B58A5C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Data</w:t>
            </w:r>
          </w:p>
        </w:tc>
        <w:tc>
          <w:tcPr>
            <w:tcW w:w="36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" w:type="dxa"/>
              <w:left w:w="35" w:type="dxa"/>
              <w:bottom w:w="15" w:type="dxa"/>
              <w:right w:w="35" w:type="dxa"/>
            </w:tcMar>
          </w:tcPr>
          <w:p w14:paraId="1C89C4E4" w14:textId="77777777" w:rsidR="006C782F" w:rsidRPr="008E6085" w:rsidRDefault="003815A3">
            <w:pPr>
              <w:spacing w:after="0" w:line="240" w:lineRule="auto"/>
              <w:rPr>
                <w:sz w:val="24"/>
                <w:szCs w:val="24"/>
              </w:rPr>
            </w:pPr>
            <w:r w:rsidRPr="008E6085">
              <w:rPr>
                <w:rFonts w:ascii="Times New Roman" w:hAnsi="Times New Roman"/>
                <w:b/>
                <w:color w:val="004682"/>
                <w:sz w:val="18"/>
                <w:szCs w:val="24"/>
              </w:rPr>
              <w:t>Semnătura și parafa</w:t>
            </w:r>
          </w:p>
        </w:tc>
      </w:tr>
    </w:tbl>
    <w:p w14:paraId="493FD407" w14:textId="77777777" w:rsidR="00CF7E1D" w:rsidRPr="008E6085" w:rsidRDefault="00CF7E1D">
      <w:pPr>
        <w:rPr>
          <w:sz w:val="24"/>
          <w:szCs w:val="24"/>
        </w:rPr>
      </w:pPr>
    </w:p>
    <w:sectPr w:rsidR="00CF7E1D" w:rsidRPr="008E6085" w:rsidSect="000C29A5">
      <w:footerReference w:type="default" r:id="rId9"/>
      <w:pgSz w:w="11906" w:h="16838" w:code="9"/>
      <w:pgMar w:top="504" w:right="648" w:bottom="504" w:left="64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D36592" w14:textId="77777777" w:rsidR="00EB697F" w:rsidRDefault="00EB697F">
      <w:pPr>
        <w:spacing w:after="0" w:line="240" w:lineRule="auto"/>
      </w:pPr>
      <w:r>
        <w:separator/>
      </w:r>
    </w:p>
  </w:endnote>
  <w:endnote w:type="continuationSeparator" w:id="0">
    <w:p w14:paraId="6E2191D9" w14:textId="77777777" w:rsidR="00EB697F" w:rsidRDefault="00EB69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DEAC7B" w14:textId="39D7CFD2" w:rsidR="006C782F" w:rsidRDefault="006C782F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25E3AA" w14:textId="77777777" w:rsidR="00EB697F" w:rsidRDefault="00EB697F">
      <w:pPr>
        <w:spacing w:after="0" w:line="240" w:lineRule="auto"/>
      </w:pPr>
      <w:r>
        <w:separator/>
      </w:r>
    </w:p>
  </w:footnote>
  <w:footnote w:type="continuationSeparator" w:id="0">
    <w:p w14:paraId="26C7B12E" w14:textId="77777777" w:rsidR="00EB697F" w:rsidRDefault="00EB69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85083789">
    <w:abstractNumId w:val="8"/>
  </w:num>
  <w:num w:numId="2" w16cid:durableId="1217283027">
    <w:abstractNumId w:val="6"/>
  </w:num>
  <w:num w:numId="3" w16cid:durableId="484391773">
    <w:abstractNumId w:val="5"/>
  </w:num>
  <w:num w:numId="4" w16cid:durableId="329137123">
    <w:abstractNumId w:val="4"/>
  </w:num>
  <w:num w:numId="5" w16cid:durableId="2051299653">
    <w:abstractNumId w:val="7"/>
  </w:num>
  <w:num w:numId="6" w16cid:durableId="972297197">
    <w:abstractNumId w:val="3"/>
  </w:num>
  <w:num w:numId="7" w16cid:durableId="1428384972">
    <w:abstractNumId w:val="2"/>
  </w:num>
  <w:num w:numId="8" w16cid:durableId="966398259">
    <w:abstractNumId w:val="1"/>
  </w:num>
  <w:num w:numId="9" w16cid:durableId="9425402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0E20"/>
    <w:rsid w:val="00034616"/>
    <w:rsid w:val="0006063C"/>
    <w:rsid w:val="000C29A5"/>
    <w:rsid w:val="0015074B"/>
    <w:rsid w:val="00200FFD"/>
    <w:rsid w:val="0022364E"/>
    <w:rsid w:val="0024717C"/>
    <w:rsid w:val="0029639D"/>
    <w:rsid w:val="0030389F"/>
    <w:rsid w:val="00326F90"/>
    <w:rsid w:val="003815A3"/>
    <w:rsid w:val="00387CA9"/>
    <w:rsid w:val="003C4EAE"/>
    <w:rsid w:val="004D5696"/>
    <w:rsid w:val="006127C3"/>
    <w:rsid w:val="006C7691"/>
    <w:rsid w:val="006C782F"/>
    <w:rsid w:val="007E2E89"/>
    <w:rsid w:val="00827DB9"/>
    <w:rsid w:val="008573A8"/>
    <w:rsid w:val="008E6085"/>
    <w:rsid w:val="00AA1D8D"/>
    <w:rsid w:val="00B47730"/>
    <w:rsid w:val="00CB0664"/>
    <w:rsid w:val="00CF7E1D"/>
    <w:rsid w:val="00EB697F"/>
    <w:rsid w:val="00F3620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303163"/>
  <w14:defaultImageDpi w14:val="300"/>
  <w15:docId w15:val="{9F890164-E9C5-4B03-AA50-23E3591BE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2296</Words>
  <Characters>13317</Characters>
  <Application>Microsoft Office Word</Application>
  <DocSecurity>0</DocSecurity>
  <Lines>110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15582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HP</cp:lastModifiedBy>
  <cp:revision>2</cp:revision>
  <cp:lastPrinted>2026-08-28T06:30:00Z</cp:lastPrinted>
  <dcterms:created xsi:type="dcterms:W3CDTF">2026-09-08T07:45:00Z</dcterms:created>
  <dcterms:modified xsi:type="dcterms:W3CDTF">2026-09-08T07:45:00Z</dcterms:modified>
  <cp:category/>
</cp:coreProperties>
</file>